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F497D"/>
        </w:rPr>
        <w:t>Inspector User Manual</w:t>
      </w:r>
    </w:p>
    <w:p>
      <w:pPr>
        <w:pStyle w:val="Heading2"/>
      </w:pPr>
      <w:r>
        <w:rPr>
          <w:color w:val="2E74B5"/>
        </w:rPr>
        <w:t>Janitorial Quality Control (JQC) System</w:t>
      </w:r>
    </w:p>
    <w:p>
      <w:r/>
      <w:r>
        <w:rPr>
          <w:b/>
        </w:rPr>
        <w:t>Audience:</w:t>
      </w:r>
      <w:r>
        <w:t xml:space="preserve"> Inspectors</w:t>
      </w:r>
    </w:p>
    <w:p>
      <w:r/>
      <w:r>
        <w:rPr>
          <w:b/>
        </w:rPr>
        <w:t>Last updated:</w:t>
      </w:r>
      <w:r>
        <w:t xml:space="preserve"> May 2026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Table of Contents</w:t>
      </w:r>
    </w:p>
    <w:p>
      <w:pPr>
        <w:pStyle w:val="ListNumber"/>
      </w:pPr>
      <w:r>
        <w:t>[Getting Started](#1-getting-started)</w:t>
      </w:r>
    </w:p>
    <w:p>
      <w:pPr>
        <w:pStyle w:val="ListNumber"/>
      </w:pPr>
      <w:r>
        <w:t>[Dashboard](#2-dashboard)</w:t>
      </w:r>
    </w:p>
    <w:p>
      <w:pPr>
        <w:pStyle w:val="ListNumber"/>
      </w:pPr>
      <w:r>
        <w:t>[Running an Inspection](#3-running-an-inspection)</w:t>
      </w:r>
    </w:p>
    <w:p>
      <w:pPr>
        <w:pStyle w:val="ListNumber"/>
      </w:pPr>
      <w:r>
        <w:t>[Flagging an Issue During an Inspection](#4-flagging-an-issue-during-an-inspection)</w:t>
      </w:r>
    </w:p>
    <w:p>
      <w:pPr>
        <w:pStyle w:val="ListNumber"/>
      </w:pPr>
      <w:r>
        <w:t>[Viewing Your Inspections](#5-viewing-your-inspections)</w:t>
      </w:r>
    </w:p>
    <w:p>
      <w:pPr>
        <w:pStyle w:val="ListNumber"/>
      </w:pPr>
      <w:r>
        <w:t>[Managing Issues](#6-managing-issues)</w:t>
      </w:r>
    </w:p>
    <w:p>
      <w:pPr>
        <w:pStyle w:val="ListNumber"/>
      </w:pPr>
      <w:r>
        <w:t>[Notifications](#7-notifications)</w:t>
      </w:r>
    </w:p>
    <w:p>
      <w:pPr>
        <w:pStyle w:val="ListNumber"/>
      </w:pPr>
      <w:r>
        <w:t>[Your Profile](#8-your-profile)</w:t>
      </w:r>
    </w:p>
    <w:p>
      <w:pPr>
        <w:pStyle w:val="ListNumber"/>
      </w:pPr>
      <w:r>
        <w:t>[Troubleshooting](#9-troubleshooting)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1. Getting Started</w:t>
      </w:r>
    </w:p>
    <w:p>
      <w:pPr>
        <w:pStyle w:val="Heading3"/>
      </w:pPr>
      <w:r>
        <w:rPr>
          <w:color w:val="2F5297"/>
        </w:rPr>
        <w:t>Logging In</w:t>
      </w:r>
    </w:p>
    <w:p>
      <w:pPr>
        <w:pStyle w:val="ListNumber"/>
      </w:pPr>
      <w:r>
        <w:t>Open the JQC web app in your browser.</w:t>
      </w:r>
    </w:p>
    <w:p>
      <w:pPr>
        <w:pStyle w:val="ListNumber"/>
      </w:pPr>
      <w:r>
        <w:t xml:space="preserve">Enter your </w:t>
      </w:r>
      <w:r>
        <w:rPr>
          <w:b/>
        </w:rPr>
        <w:t>username</w:t>
      </w:r>
      <w:r>
        <w:t xml:space="preserve"> and </w:t>
      </w:r>
      <w:r>
        <w:rPr>
          <w:b/>
        </w:rPr>
        <w:t>password</w:t>
      </w:r>
      <w:r>
        <w:t>.</w:t>
      </w:r>
    </w:p>
    <w:p>
      <w:pPr>
        <w:pStyle w:val="ListNumber"/>
      </w:pPr>
      <w:r>
        <w:t xml:space="preserve">Tick </w:t>
      </w:r>
      <w:r>
        <w:rPr>
          <w:b/>
        </w:rPr>
        <w:t>Remember Me</w:t>
      </w:r>
      <w:r>
        <w:t xml:space="preserve"> if you want to stay logged in on this device.</w:t>
      </w:r>
    </w:p>
    <w:p>
      <w:pPr>
        <w:pStyle w:val="ListNumber"/>
      </w:pPr>
      <w:r>
        <w:t xml:space="preserve">Click </w:t>
      </w:r>
      <w:r>
        <w:rPr>
          <w:b/>
        </w:rPr>
        <w:t>Sign In</w:t>
      </w:r>
      <w: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</w:tcPr>
          <w:p>
            <w:pPr>
              <w:ind w:left="144" w:right="144"/>
            </w:pPr>
            <w:r>
              <w:rPr>
                <w:sz w:val="21"/>
              </w:rPr>
            </w:r>
            <w:r>
              <w:rPr>
                <w:b/>
              </w:rPr>
              <w:t>First-time login?</w:t>
            </w:r>
            <w:r>
              <w:t xml:space="preserve"> You will receive a setup email with a link to set your password. Click the link, choose a password, and then log in normally.</w:t>
            </w:r>
          </w:p>
        </w:tc>
      </w:tr>
    </w:tbl>
    <w:p/>
    <w:p>
      <w:pPr>
        <w:pStyle w:val="Heading3"/>
      </w:pPr>
      <w:r>
        <w:rPr>
          <w:color w:val="2F5297"/>
        </w:rPr>
        <w:t>What You Can See</w:t>
      </w:r>
    </w:p>
    <w:p>
      <w:r>
        <w:t xml:space="preserve">Your access is limited to the </w:t>
      </w:r>
      <w:r>
        <w:rPr>
          <w:b/>
        </w:rPr>
        <w:t>contracts (facilities) assigned to you</w:t>
      </w:r>
      <w:r>
        <w:t xml:space="preserve"> by your administrator. If you log in and everything appears empty, contact your admin — they need to assign you to at least one contract before anything is visible.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2. Dashboard</w:t>
      </w:r>
    </w:p>
    <w:p>
      <w:r>
        <w:t>The dashboard is the first page you see after logging in. It gives you a quick overview of your work.</w:t>
      </w:r>
    </w:p>
    <w:p>
      <w:pPr>
        <w:pStyle w:val="Heading3"/>
      </w:pPr>
      <w:r>
        <w:rPr>
          <w:color w:val="2F5297"/>
        </w:rPr>
        <w:t>Stats Row (top)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D6E4F7"/>
          </w:tcPr>
          <w:p>
            <w:r>
              <w:rPr>
                <w:b/>
              </w:rPr>
              <w:t>Card</w:t>
            </w:r>
          </w:p>
        </w:tc>
        <w:tc>
          <w:tcPr>
            <w:tcW w:type="dxa" w:w="4320"/>
            <w:shd w:val="clear" w:color="auto" w:fill="D6E4F7"/>
          </w:tcPr>
          <w:p>
            <w:r>
              <w:rPr>
                <w:b/>
              </w:rPr>
              <w:t>What it shows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Today's Inspections</w:t>
            </w:r>
            <w:r/>
          </w:p>
        </w:tc>
        <w:tc>
          <w:tcPr>
            <w:tcW w:type="dxa" w:w="4320"/>
          </w:tcPr>
          <w:p>
            <w:r>
              <w:t>Total inspections started today at your facilities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Completed Today</w:t>
            </w:r>
            <w:r/>
          </w:p>
        </w:tc>
        <w:tc>
          <w:tcPr>
            <w:tcW w:type="dxa" w:w="4320"/>
          </w:tcPr>
          <w:p>
            <w:r>
              <w:t>Inspections you marked as submitted today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Open Issues</w:t>
            </w:r>
            <w:r/>
          </w:p>
        </w:tc>
        <w:tc>
          <w:tcPr>
            <w:tcW w:type="dxa" w:w="4320"/>
          </w:tcPr>
          <w:p>
            <w:r>
              <w:t>Issues currently open or in-progress at your contracted facilities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Avg Score (30 days)</w:t>
            </w:r>
            <w:r/>
          </w:p>
        </w:tc>
        <w:tc>
          <w:tcPr>
            <w:tcW w:type="dxa" w:w="4320"/>
          </w:tcPr>
          <w:p>
            <w:r>
              <w:t>Average score across your completed inspections in the last 30 days</w:t>
            </w:r>
          </w:p>
        </w:tc>
      </w:tr>
    </w:tbl>
    <w:p/>
    <w:p>
      <w:pPr>
        <w:pStyle w:val="Heading3"/>
      </w:pPr>
      <w:r>
        <w:rPr>
          <w:color w:val="2F5297"/>
        </w:rPr>
        <w:t>My Open Issues Widget</w:t>
      </w:r>
    </w:p>
    <w:p>
      <w:r>
        <w:t xml:space="preserve">Below the stats, you will see a table of </w:t>
      </w:r>
      <w:r>
        <w:rPr>
          <w:b/>
        </w:rPr>
        <w:t>issues currently assigned to you</w:t>
      </w:r>
      <w:r>
        <w:t xml:space="preserve"> that are open or in-progress. This is your personal to-do list. Each row shows:</w:t>
      </w:r>
    </w:p>
    <w:p>
      <w:pPr>
        <w:pStyle w:val="ListBullet"/>
      </w:pPr>
      <w:r>
        <w:t>Issue ID and a link to view the full detail</w:t>
      </w:r>
    </w:p>
    <w:p>
      <w:pPr>
        <w:pStyle w:val="ListBullet"/>
      </w:pPr>
      <w:r>
        <w:t>Severity badge (Critical / High / Medium / Low)</w:t>
      </w:r>
    </w:p>
    <w:p>
      <w:pPr>
        <w:pStyle w:val="ListBullet"/>
      </w:pPr>
      <w:r>
        <w:t>Facility and description</w:t>
      </w:r>
    </w:p>
    <w:p>
      <w:pPr>
        <w:pStyle w:val="ListBullet"/>
      </w:pPr>
      <w:r>
        <w:t>Status</w:t>
      </w:r>
    </w:p>
    <w:p>
      <w:pPr>
        <w:pStyle w:val="ListBullet"/>
      </w:pPr>
      <w:r>
        <w:t>SLA indicator — how much time is left to resolve the issue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</w:tcPr>
          <w:p>
            <w:pPr>
              <w:ind w:left="144" w:right="144"/>
            </w:pPr>
            <w:r>
              <w:rPr>
                <w:sz w:val="21"/>
              </w:rPr>
            </w:r>
            <w:r>
              <w:rPr>
                <w:b/>
              </w:rPr>
              <w:t>SLA colours:</w:t>
            </w:r>
            <w:r>
              <w:t xml:space="preserve"> Red row = deadline already passed (Breached). Yellow row = over 75% of the allowed time has elapsed (At Risk). No colour = within deadline (OK).</w:t>
            </w:r>
          </w:p>
        </w:tc>
      </w:tr>
    </w:tbl>
    <w:p/>
    <w:p>
      <w:pPr>
        <w:pStyle w:val="Heading3"/>
      </w:pPr>
      <w:r>
        <w:rPr>
          <w:color w:val="2F5297"/>
        </w:rPr>
        <w:t>Pending Follow-Ups Alert</w:t>
      </w:r>
    </w:p>
    <w:p>
      <w:r>
        <w:t>If any of your completed inspections were flagged as requiring a follow-up but no follow-up inspection has been filed yet, a warning badge appears in the navigation bar. Click it to see which inspections need attention.</w:t>
      </w:r>
    </w:p>
    <w:p>
      <w:pPr>
        <w:pStyle w:val="Heading3"/>
      </w:pPr>
      <w:r>
        <w:rPr>
          <w:color w:val="2F5297"/>
        </w:rPr>
        <w:t>Score Trend Chart</w:t>
      </w:r>
    </w:p>
    <w:p>
      <w:r>
        <w:t>A line chart shows your average inspection score day-by-day over the last 30 days. Use the facility selector above the chart to view a specific building's trend.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3. Running an Inspection</w:t>
      </w:r>
    </w:p>
    <w:p>
      <w:pPr>
        <w:pStyle w:val="Heading3"/>
      </w:pPr>
      <w:r>
        <w:rPr>
          <w:color w:val="2F5297"/>
        </w:rPr>
        <w:t>Step 1 — Start an Inspection</w:t>
      </w:r>
    </w:p>
    <w:p>
      <w:pPr>
        <w:pStyle w:val="ListNumber"/>
      </w:pPr>
      <w:r>
        <w:t xml:space="preserve">Click </w:t>
      </w:r>
      <w:r>
        <w:rPr>
          <w:b/>
        </w:rPr>
        <w:t>Inspections</w:t>
      </w:r>
      <w:r>
        <w:t xml:space="preserve"> in the top navigation bar.</w:t>
      </w:r>
    </w:p>
    <w:p>
      <w:pPr>
        <w:pStyle w:val="ListNumber"/>
      </w:pPr>
      <w:r>
        <w:t xml:space="preserve">Click </w:t>
      </w:r>
      <w:r>
        <w:rPr>
          <w:b/>
        </w:rPr>
        <w:t>Start Inspection</w:t>
      </w:r>
      <w:r>
        <w:t xml:space="preserve"> (green button, top right).</w:t>
      </w:r>
    </w:p>
    <w:p>
      <w:pPr>
        <w:pStyle w:val="ListNumber"/>
      </w:pPr>
      <w:r>
        <w:t>Fill in the form:</w:t>
      </w:r>
    </w:p>
    <w:p>
      <w:pPr>
        <w:pStyle w:val="ListBullet2"/>
      </w:pPr>
      <w:r/>
      <w:r>
        <w:rPr>
          <w:b/>
        </w:rPr>
        <w:t>Contract</w:t>
      </w:r>
      <w:r>
        <w:t xml:space="preserve"> — select the contract the facility belongs to (only your assigned contracts are listed).</w:t>
      </w:r>
    </w:p>
    <w:p>
      <w:pPr>
        <w:pStyle w:val="ListBullet2"/>
      </w:pPr>
      <w:r/>
      <w:r>
        <w:rPr>
          <w:b/>
        </w:rPr>
        <w:t>Facility</w:t>
      </w:r>
      <w:r>
        <w:t xml:space="preserve"> — select the specific building. The list updates automatically when you change the contract.</w:t>
      </w:r>
    </w:p>
    <w:p>
      <w:pPr>
        <w:pStyle w:val="ListBullet2"/>
      </w:pPr>
      <w:r/>
      <w:r>
        <w:rPr>
          <w:b/>
        </w:rPr>
        <w:t>Template</w:t>
      </w:r>
      <w:r>
        <w:t xml:space="preserve"> — select the inspection checklist to use.</w:t>
      </w:r>
    </w:p>
    <w:p>
      <w:pPr>
        <w:pStyle w:val="ListNumber"/>
      </w:pPr>
      <w:r>
        <w:t xml:space="preserve">Click </w:t>
      </w:r>
      <w:r>
        <w:rPr>
          <w:b/>
        </w:rPr>
        <w:t>Start</w:t>
      </w:r>
      <w:r>
        <w:t>.</w:t>
      </w:r>
    </w:p>
    <w:p>
      <w:r>
        <w:t>The inspection form opens immediately.</w:t>
      </w:r>
    </w:p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Step 2 — Fill Out the Inspection Form</w:t>
      </w:r>
    </w:p>
    <w:p>
      <w:r>
        <w:t>The form is divided into sections. Each section contains items with a rating scale (typically 1–5) and an optional notes field.</w:t>
      </w:r>
    </w:p>
    <w:p>
      <w:r>
        <w:rPr>
          <w:i/>
          <w:color w:val="606060"/>
        </w:rPr>
        <w:t>*Rating an item:*</w:t>
      </w:r>
    </w:p>
    <w:p>
      <w:pPr>
        <w:pStyle w:val="ListBullet"/>
      </w:pPr>
      <w:r>
        <w:t>Click the numbered button (1 = worst, 5 = best).</w:t>
      </w:r>
    </w:p>
    <w:p>
      <w:pPr>
        <w:pStyle w:val="ListBullet"/>
      </w:pPr>
      <w:r>
        <w:t>The selected rating is highlighted.</w:t>
      </w:r>
    </w:p>
    <w:p>
      <w:pPr>
        <w:pStyle w:val="ListBullet"/>
      </w:pPr>
      <w:r>
        <w:t xml:space="preserve">Leave a rating at </w:t>
      </w:r>
      <w:r>
        <w:rPr>
          <w:b/>
        </w:rPr>
        <w:t>0</w:t>
      </w:r>
      <w:r>
        <w:t xml:space="preserve"> (or unselected) only if the item is </w:t>
      </w:r>
      <w:r>
        <w:rPr>
          <w:b/>
        </w:rPr>
        <w:t>not applicable</w:t>
      </w:r>
      <w:r>
        <w:t xml:space="preserve"> — it will be excluded from the score calculation.</w:t>
      </w:r>
    </w:p>
    <w:p>
      <w:r>
        <w:rPr>
          <w:i/>
          <w:color w:val="606060"/>
        </w:rPr>
        <w:t>*Adding a note:*</w:t>
      </w:r>
    </w:p>
    <w:p>
      <w:pPr>
        <w:pStyle w:val="ListBullet"/>
      </w:pPr>
      <w:r>
        <w:t>Type directly in the text box below each item.</w:t>
      </w:r>
    </w:p>
    <w:p>
      <w:r>
        <w:rPr>
          <w:i/>
          <w:color w:val="606060"/>
        </w:rPr>
        <w:t>*Adding a photo to an item:*</w:t>
      </w:r>
    </w:p>
    <w:p>
      <w:pPr>
        <w:pStyle w:val="ListBullet"/>
      </w:pPr>
      <w:r>
        <w:t>Click the camera/upload zone below the item.</w:t>
      </w:r>
    </w:p>
    <w:p>
      <w:pPr>
        <w:pStyle w:val="ListBullet"/>
      </w:pPr>
      <w:r>
        <w:t>Select a photo from your device.</w:t>
      </w:r>
    </w:p>
    <w:p>
      <w:pPr>
        <w:pStyle w:val="ListBullet"/>
      </w:pPr>
      <w:r>
        <w:t xml:space="preserve">The photo uploads immediately and a thumbnail appears. You do </w:t>
      </w:r>
      <w:r>
        <w:rPr>
          <w:b/>
        </w:rPr>
        <w:t>not</w:t>
      </w:r>
      <w:r>
        <w:t xml:space="preserve"> need to wait until you submit.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</w:tcPr>
          <w:p>
            <w:pPr>
              <w:ind w:left="144" w:right="144"/>
            </w:pPr>
            <w:r>
              <w:rPr>
                <w:sz w:val="21"/>
              </w:rPr>
            </w:r>
            <w:r>
              <w:rPr>
                <w:b/>
              </w:rPr>
              <w:t>Important:</w:t>
            </w:r>
            <w:r>
              <w:t xml:space="preserve"> Photos are sent to the server the moment you select them. Even if you navigate away or close the browser, the uploaded photo is saved. Never skip this step — evidence photos are critical for the record.</w:t>
            </w:r>
          </w:p>
        </w:tc>
      </w:tr>
    </w:tbl>
    <w:p/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Step 3 — Auto-Save</w:t>
      </w:r>
    </w:p>
    <w:p>
      <w:r>
        <w:t xml:space="preserve">The system automatically saves your progress every </w:t>
      </w:r>
      <w:r>
        <w:rPr>
          <w:b/>
        </w:rPr>
        <w:t>60 seconds</w:t>
      </w:r>
      <w:r>
        <w:t xml:space="preserve"> as a draft. You will see a small "Last saved" timestamp at the bottom of the page.</w:t>
      </w:r>
    </w:p>
    <w:p>
      <w:r>
        <w:t xml:space="preserve">You can also save manually at any time by clicking </w:t>
      </w:r>
      <w:r>
        <w:rPr>
          <w:b/>
        </w:rPr>
        <w:t>Save Draft</w:t>
      </w:r>
      <w:r>
        <w:t xml:space="preserve"> in the footer.</w:t>
      </w:r>
    </w:p>
    <w:p>
      <w:r>
        <w:t>If you need to leave and come back later:</w:t>
      </w:r>
    </w:p>
    <w:p>
      <w:pPr>
        <w:pStyle w:val="ListNumber"/>
      </w:pPr>
      <w:r>
        <w:t xml:space="preserve">Click </w:t>
      </w:r>
      <w:r>
        <w:rPr>
          <w:b/>
        </w:rPr>
        <w:t>Save Draft</w:t>
      </w:r>
      <w:r>
        <w:t>.</w:t>
      </w:r>
    </w:p>
    <w:p>
      <w:pPr>
        <w:pStyle w:val="ListNumber"/>
      </w:pPr>
      <w:r>
        <w:t>Close the browser or navigate away.</w:t>
      </w:r>
    </w:p>
    <w:p>
      <w:pPr>
        <w:pStyle w:val="ListNumber"/>
      </w:pPr>
      <w:r>
        <w:t xml:space="preserve">Return to </w:t>
      </w:r>
      <w:r>
        <w:rPr>
          <w:b/>
        </w:rPr>
        <w:t>Inspections → In Progress</w:t>
      </w:r>
      <w:r>
        <w:t xml:space="preserve"> to resume.</w:t>
      </w:r>
    </w:p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Step 4 — Submit the Inspection</w:t>
      </w:r>
    </w:p>
    <w:p>
      <w:r>
        <w:t>When all items are rated:</w:t>
      </w:r>
    </w:p>
    <w:p>
      <w:pPr>
        <w:pStyle w:val="ListNumber"/>
      </w:pPr>
      <w:r>
        <w:t xml:space="preserve">Review the </w:t>
      </w:r>
      <w:r>
        <w:rPr>
          <w:b/>
        </w:rPr>
        <w:t>progress indicator</w:t>
      </w:r>
      <w:r>
        <w:t xml:space="preserve"> in the page footer (e.g. "12 / 15 answered").</w:t>
      </w:r>
    </w:p>
    <w:p>
      <w:pPr>
        <w:pStyle w:val="ListNumber"/>
      </w:pPr>
      <w:r>
        <w:t xml:space="preserve">Add any overall </w:t>
      </w:r>
      <w:r>
        <w:rPr>
          <w:b/>
        </w:rPr>
        <w:t>Notes</w:t>
      </w:r>
      <w:r>
        <w:t xml:space="preserve"> in the box at the bottom of the form.</w:t>
      </w:r>
    </w:p>
    <w:p>
      <w:pPr>
        <w:pStyle w:val="ListNumber"/>
      </w:pPr>
      <w:r>
        <w:t xml:space="preserve">If a follow-up visit will be needed, tick </w:t>
      </w:r>
      <w:r>
        <w:rPr>
          <w:b/>
        </w:rPr>
        <w:t>Follow-up Required</w:t>
      </w:r>
      <w:r>
        <w:t xml:space="preserve"> and add a note explaining why.</w:t>
      </w:r>
    </w:p>
    <w:p>
      <w:pPr>
        <w:pStyle w:val="ListNumber"/>
      </w:pPr>
      <w:r>
        <w:t xml:space="preserve">Click </w:t>
      </w:r>
      <w:r>
        <w:rPr>
          <w:b/>
        </w:rPr>
        <w:t>Submit Inspection</w:t>
      </w:r>
      <w:r>
        <w:t>.</w:t>
      </w:r>
    </w:p>
    <w:p>
      <w:r>
        <w:t xml:space="preserve">The inspection is marked as </w:t>
      </w:r>
      <w:r>
        <w:rPr>
          <w:b/>
        </w:rPr>
        <w:t>Submitted</w:t>
      </w:r>
      <w:r>
        <w:t xml:space="preserve"> and the system calculates the final score. You will be redirected to the inspection detail page.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4. Flagging an Issue During an Inspection</w:t>
      </w:r>
    </w:p>
    <w:p>
      <w:r>
        <w:t>If you notice a problem during the inspection that needs to be tracked separately:</w:t>
      </w:r>
    </w:p>
    <w:p>
      <w:pPr>
        <w:pStyle w:val="ListNumber"/>
      </w:pPr>
      <w:r>
        <w:t xml:space="preserve">Click the </w:t>
      </w:r>
      <w:r>
        <w:rPr>
          <w:b/>
        </w:rPr>
        <w:t>Flag Issue</w:t>
      </w:r>
      <w:r>
        <w:t xml:space="preserve"> button (orange, in the inspection form toolbar).</w:t>
      </w:r>
    </w:p>
    <w:p>
      <w:pPr>
        <w:pStyle w:val="ListNumber"/>
      </w:pPr>
      <w:r>
        <w:t>A panel slides in from the right — the inspection form stays open behind it.</w:t>
      </w:r>
    </w:p>
    <w:p>
      <w:pPr>
        <w:pStyle w:val="ListNumber"/>
      </w:pPr>
      <w:r>
        <w:t>Fill in:</w:t>
      </w:r>
    </w:p>
    <w:p>
      <w:pPr>
        <w:pStyle w:val="ListBullet2"/>
      </w:pPr>
      <w:r/>
      <w:r>
        <w:rPr>
          <w:b/>
        </w:rPr>
        <w:t>Severity</w:t>
      </w:r>
      <w:r>
        <w:t xml:space="preserve"> (Critical / High / Medium / Low)</w:t>
      </w:r>
    </w:p>
    <w:p>
      <w:pPr>
        <w:pStyle w:val="ListBullet2"/>
      </w:pPr>
      <w:r/>
      <w:r>
        <w:rPr>
          <w:b/>
        </w:rPr>
        <w:t>Description</w:t>
      </w:r>
      <w:r>
        <w:t xml:space="preserve"> — describe the problem clearly</w:t>
      </w:r>
    </w:p>
    <w:p>
      <w:pPr>
        <w:pStyle w:val="ListBullet2"/>
      </w:pPr>
      <w:r/>
      <w:r>
        <w:rPr>
          <w:b/>
        </w:rPr>
        <w:t>Photo</w:t>
      </w:r>
      <w:r>
        <w:t xml:space="preserve"> (optional but recommended)</w:t>
      </w:r>
    </w:p>
    <w:p>
      <w:pPr>
        <w:pStyle w:val="ListBullet2"/>
      </w:pPr>
      <w:r/>
      <w:r>
        <w:rPr>
          <w:b/>
        </w:rPr>
        <w:t>Assign to</w:t>
      </w:r>
      <w:r>
        <w:t xml:space="preserve"> — leave blank or assign to a specific person</w:t>
      </w:r>
    </w:p>
    <w:p>
      <w:pPr>
        <w:pStyle w:val="ListNumber"/>
      </w:pPr>
      <w:r>
        <w:t xml:space="preserve">Click </w:t>
      </w:r>
      <w:r>
        <w:rPr>
          <w:b/>
        </w:rPr>
        <w:t>Submit Issue</w:t>
      </w:r>
      <w:r>
        <w:t>.</w:t>
      </w:r>
    </w:p>
    <w:p>
      <w:r>
        <w:t xml:space="preserve">The issue is created and linked to the current inspection. The panel closes and you continue the inspection from exactly where you left off — </w:t>
      </w:r>
      <w:r>
        <w:rPr>
          <w:b/>
        </w:rPr>
        <w:t>no progress is lost</w:t>
      </w:r>
      <w: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</w:tcPr>
          <w:p>
            <w:pPr>
              <w:ind w:left="144" w:right="144"/>
            </w:pPr>
            <w:r>
              <w:rPr>
                <w:sz w:val="21"/>
              </w:rPr>
            </w:r>
            <w:r>
              <w:rPr>
                <w:b/>
              </w:rPr>
              <w:t>Tip:</w:t>
            </w:r>
            <w:r>
              <w:t xml:space="preserve"> You can flag multiple issues during a single inspection. Each one is tracked separately in the Issues list.</w:t>
            </w:r>
          </w:p>
        </w:tc>
      </w:tr>
    </w:tbl>
    <w:p/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5. Viewing Your Inspections</w:t>
      </w:r>
    </w:p>
    <w:p>
      <w:pPr>
        <w:pStyle w:val="Heading3"/>
      </w:pPr>
      <w:r>
        <w:rPr>
          <w:color w:val="2F5297"/>
        </w:rPr>
        <w:t>Inspection List</w:t>
      </w:r>
    </w:p>
    <w:p>
      <w:r>
        <w:t xml:space="preserve">Click </w:t>
      </w:r>
      <w:r>
        <w:rPr>
          <w:b/>
        </w:rPr>
        <w:t>Inspections</w:t>
      </w:r>
      <w:r>
        <w:t xml:space="preserve"> in the navigation bar. You will see all inspections at your contracted facilities, most recent first.</w:t>
      </w:r>
    </w:p>
    <w:p>
      <w:r/>
      <w:r>
        <w:rPr>
          <w:b/>
        </w:rPr>
        <w:t>Filter bar</w:t>
      </w:r>
      <w:r>
        <w:t xml:space="preserve"> (top of the list):</w:t>
      </w:r>
    </w:p>
    <w:p>
      <w:pPr>
        <w:pStyle w:val="ListBullet"/>
      </w:pPr>
      <w:r/>
      <w:r>
        <w:rPr>
          <w:b/>
        </w:rPr>
        <w:t>Status</w:t>
      </w:r>
      <w:r>
        <w:t xml:space="preserve"> — filter by In Progress, Submitted, or Flagged</w:t>
      </w:r>
    </w:p>
    <w:p>
      <w:pPr>
        <w:pStyle w:val="ListBullet"/>
      </w:pPr>
      <w:r/>
      <w:r>
        <w:rPr>
          <w:b/>
        </w:rPr>
        <w:t>Facility</w:t>
      </w:r>
      <w:r>
        <w:t xml:space="preserve"> — filter to a specific building</w:t>
      </w:r>
    </w:p>
    <w:p>
      <w:pPr>
        <w:pStyle w:val="ListBullet"/>
      </w:pPr>
      <w:r/>
      <w:r>
        <w:rPr>
          <w:b/>
        </w:rPr>
        <w:t>Follow-up</w:t>
      </w:r>
      <w:r>
        <w:t xml:space="preserve"> — tick to show only inspections pending a follow-up</w:t>
      </w:r>
    </w:p>
    <w:p>
      <w:pPr>
        <w:pStyle w:val="Heading3"/>
      </w:pPr>
      <w:r>
        <w:rPr>
          <w:color w:val="2F5297"/>
        </w:rPr>
        <w:t>Inspection Detail</w:t>
      </w:r>
    </w:p>
    <w:p>
      <w:r>
        <w:t>Click any inspection row or its ID link to open the full detail view. Here you can see:</w:t>
      </w:r>
    </w:p>
    <w:p>
      <w:pPr>
        <w:pStyle w:val="ListBullet"/>
      </w:pPr>
      <w:r>
        <w:t>All rated items and their scores</w:t>
      </w:r>
    </w:p>
    <w:p>
      <w:pPr>
        <w:pStyle w:val="ListBullet"/>
      </w:pPr>
      <w:r>
        <w:t>Photos attached to each item</w:t>
      </w:r>
    </w:p>
    <w:p>
      <w:pPr>
        <w:pStyle w:val="ListBullet"/>
      </w:pPr>
      <w:r>
        <w:t>The calculated overall score</w:t>
      </w:r>
    </w:p>
    <w:p>
      <w:pPr>
        <w:pStyle w:val="ListBullet"/>
      </w:pPr>
      <w:r>
        <w:t>Notes and follow-up flags</w:t>
      </w:r>
    </w:p>
    <w:p>
      <w:pPr>
        <w:pStyle w:val="ListBullet"/>
      </w:pPr>
      <w:r>
        <w:t>Any issues that were flagged during the inspection</w:t>
      </w:r>
    </w:p>
    <w:p>
      <w:pPr>
        <w:pStyle w:val="Heading3"/>
      </w:pPr>
      <w:r>
        <w:rPr>
          <w:color w:val="2F5297"/>
        </w:rPr>
        <w:t>Follow-Up Inspections</w:t>
      </w:r>
    </w:p>
    <w:p>
      <w:r>
        <w:t>If an inspection was marked as requiring a follow-up:</w:t>
      </w:r>
    </w:p>
    <w:p>
      <w:pPr>
        <w:pStyle w:val="ListNumber"/>
      </w:pPr>
      <w:r>
        <w:t>Open the original inspection.</w:t>
      </w:r>
    </w:p>
    <w:p>
      <w:pPr>
        <w:pStyle w:val="ListNumber"/>
      </w:pPr>
      <w:r>
        <w:t xml:space="preserve">Click </w:t>
      </w:r>
      <w:r>
        <w:rPr>
          <w:b/>
        </w:rPr>
        <w:t>Start Follow-Up Inspection</w:t>
      </w:r>
      <w:r>
        <w:t>.</w:t>
      </w:r>
    </w:p>
    <w:p>
      <w:pPr>
        <w:pStyle w:val="ListNumber"/>
      </w:pPr>
      <w:r>
        <w:t>A new inspection pre-filled with the same facility and template opens.</w:t>
      </w:r>
    </w:p>
    <w:p>
      <w:r>
        <w:t>The original inspection will no longer appear in the follow-up pending list once a follow-up is on record.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6. Managing Issues</w:t>
      </w:r>
    </w:p>
    <w:p>
      <w:pPr>
        <w:pStyle w:val="Heading3"/>
      </w:pPr>
      <w:r>
        <w:rPr>
          <w:color w:val="2F5297"/>
        </w:rPr>
        <w:t>Viewing Issues</w:t>
      </w:r>
    </w:p>
    <w:p>
      <w:r>
        <w:t xml:space="preserve">Click </w:t>
      </w:r>
      <w:r>
        <w:rPr>
          <w:b/>
        </w:rPr>
        <w:t>Issues</w:t>
      </w:r>
      <w:r>
        <w:t xml:space="preserve"> in the navigation bar to see all open and in-progress issues at your contracted facilities.</w:t>
      </w:r>
    </w:p>
    <w:p>
      <w:r>
        <w:rPr>
          <w:i/>
          <w:color w:val="606060"/>
        </w:rPr>
        <w:t>*Filters:*</w:t>
      </w:r>
    </w:p>
    <w:p>
      <w:pPr>
        <w:pStyle w:val="ListBullet"/>
      </w:pPr>
      <w:r/>
      <w:r>
        <w:rPr>
          <w:b/>
        </w:rPr>
        <w:t>Severity</w:t>
      </w:r>
      <w:r>
        <w:t xml:space="preserve"> — Critical, High, Medium, Low</w:t>
      </w:r>
    </w:p>
    <w:p>
      <w:pPr>
        <w:pStyle w:val="ListBullet"/>
      </w:pPr>
      <w:r/>
      <w:r>
        <w:rPr>
          <w:b/>
        </w:rPr>
        <w:t>Status</w:t>
      </w:r>
      <w:r>
        <w:t xml:space="preserve"> — Open, In Progress, Pending Verification, Resolved</w:t>
      </w:r>
    </w:p>
    <w:p>
      <w:pPr>
        <w:pStyle w:val="ListBullet"/>
      </w:pPr>
      <w:r/>
      <w:r>
        <w:rPr>
          <w:b/>
        </w:rPr>
        <w:t>SLA</w:t>
      </w:r>
      <w:r>
        <w:t xml:space="preserve"> — Breached, At Risk, OK</w:t>
      </w:r>
    </w:p>
    <w:p>
      <w:pPr>
        <w:pStyle w:val="ListBullet"/>
      </w:pPr>
      <w:r/>
      <w:r>
        <w:rPr>
          <w:b/>
        </w:rPr>
        <w:t>Facility</w:t>
      </w:r>
      <w:r>
        <w:t xml:space="preserve"> — filter to a specific building</w:t>
      </w:r>
    </w:p>
    <w:p>
      <w:r>
        <w:t xml:space="preserve">Each row shows the SLA status with colour coding (red = breached, yellow = at risk). Click the issue ID or the </w:t>
      </w:r>
      <w:r>
        <w:rPr>
          <w:b/>
        </w:rPr>
        <w:t>View</w:t>
      </w:r>
      <w:r>
        <w:t xml:space="preserve"> button to open the full detail.</w:t>
      </w:r>
    </w:p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Updating an Issue</w:t>
      </w:r>
    </w:p>
    <w:p>
      <w:r>
        <w:t>Open an issue you are assigned to. In the right-hand panel:</w:t>
      </w:r>
    </w:p>
    <w:p>
      <w:pPr>
        <w:pStyle w:val="ListNumber"/>
      </w:pPr>
      <w:r/>
      <w:r>
        <w:rPr>
          <w:b/>
        </w:rPr>
        <w:t>Status</w:t>
      </w:r>
      <w:r>
        <w:t xml:space="preserve"> — change to In Progress when you start working on it, then Resolved when done.</w:t>
      </w:r>
    </w:p>
    <w:p>
      <w:pPr>
        <w:pStyle w:val="ListNumber"/>
      </w:pPr>
      <w:r/>
      <w:r>
        <w:rPr>
          <w:b/>
        </w:rPr>
        <w:t>Result Notes</w:t>
      </w:r>
      <w:r>
        <w:t xml:space="preserve"> — describe what was done to fix the problem.</w:t>
      </w:r>
    </w:p>
    <w:p>
      <w:pPr>
        <w:pStyle w:val="ListNumber"/>
      </w:pPr>
      <w:r/>
      <w:r>
        <w:rPr>
          <w:b/>
        </w:rPr>
        <w:t>Result Photos</w:t>
      </w:r>
      <w:r>
        <w:t xml:space="preserve"> — attach one or more photos showing the resolution.</w:t>
      </w:r>
    </w:p>
    <w:p>
      <w:pPr>
        <w:pStyle w:val="ListNumber"/>
      </w:pPr>
      <w:r/>
      <w:r>
        <w:rPr>
          <w:b/>
        </w:rPr>
        <w:t>Update Notes</w:t>
      </w:r>
      <w:r>
        <w:t xml:space="preserve"> — add a short comment visible in the update history (optional).</w:t>
      </w:r>
    </w:p>
    <w:p>
      <w:pPr>
        <w:pStyle w:val="ListNumber"/>
      </w:pPr>
      <w:r>
        <w:t xml:space="preserve">Click </w:t>
      </w:r>
      <w:r>
        <w:rPr>
          <w:b/>
        </w:rPr>
        <w:t>Save Update</w:t>
      </w:r>
      <w: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</w:tcPr>
          <w:p>
            <w:pPr>
              <w:ind w:left="144" w:right="144"/>
            </w:pPr>
            <w:r>
              <w:rPr>
                <w:sz w:val="21"/>
              </w:rPr>
            </w:r>
            <w:r>
              <w:rPr>
                <w:b/>
              </w:rPr>
              <w:t>Requesting verification:</w:t>
            </w:r>
            <w:r>
              <w:t xml:space="preserve"> Once an issue is resolved and you want a director to sign it off, click </w:t>
            </w:r>
            <w:r>
              <w:rPr>
                <w:b/>
              </w:rPr>
              <w:t>Request Verification</w:t>
            </w:r>
            <w:r>
              <w:t>. The issue moves to "Pending Verification" and the relevant director is notified.</w:t>
            </w:r>
          </w:p>
        </w:tc>
      </w:tr>
    </w:tbl>
    <w:p/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Following an Issue</w:t>
      </w:r>
    </w:p>
    <w:p>
      <w:r>
        <w:t>You can subscribe to updates on any issue — even ones not assigned to you:</w:t>
      </w:r>
    </w:p>
    <w:p>
      <w:pPr>
        <w:pStyle w:val="ListBullet"/>
      </w:pPr>
      <w:r>
        <w:t xml:space="preserve">On the issue detail page, click </w:t>
      </w:r>
      <w:r>
        <w:rPr>
          <w:b/>
        </w:rPr>
        <w:t>Follow</w:t>
      </w:r>
      <w:r>
        <w:t xml:space="preserve"> (bell icon, top right of the detail card).</w:t>
      </w:r>
    </w:p>
    <w:p>
      <w:pPr>
        <w:pStyle w:val="ListBullet"/>
      </w:pPr>
      <w:r>
        <w:t>You will receive a notification every time the issue is updated, commented on, or resolved.</w:t>
      </w:r>
    </w:p>
    <w:p>
      <w:pPr>
        <w:pStyle w:val="ListBullet"/>
      </w:pPr>
      <w:r>
        <w:t xml:space="preserve">Click </w:t>
      </w:r>
      <w:r>
        <w:rPr>
          <w:b/>
        </w:rPr>
        <w:t>Unfollow</w:t>
      </w:r>
      <w:r>
        <w:t xml:space="preserve"> at any time to stop.</w:t>
      </w:r>
    </w:p>
    <w:p>
      <w:r>
        <w:t xml:space="preserve">Your followed issues also show a </w:t>
      </w:r>
      <w:r>
        <w:rPr>
          <w:b/>
        </w:rPr>
        <w:t>Following</w:t>
      </w:r>
      <w:r>
        <w:t xml:space="preserve"> badge in the issue list.</w:t>
      </w:r>
    </w:p>
    <w:p>
      <w:pPr>
        <w:pBdr>
          <w:bottom w:val="single" w:sz="6" w:space="1" w:color="AAAAAA"/>
        </w:pBdr>
      </w:pPr>
    </w:p>
    <w:p>
      <w:pPr>
        <w:pStyle w:val="Heading3"/>
      </w:pPr>
      <w:r>
        <w:rPr>
          <w:color w:val="2F5297"/>
        </w:rPr>
        <w:t>Issue Comments / Update History</w:t>
      </w:r>
    </w:p>
    <w:p>
      <w:r>
        <w:t xml:space="preserve">Every status change and update note is recorded in the </w:t>
      </w:r>
      <w:r>
        <w:rPr>
          <w:b/>
        </w:rPr>
        <w:t>Update History</w:t>
      </w:r>
      <w:r>
        <w:t xml:space="preserve"> section at the bottom of the issue detail page. This creates a full audit trail visible to you and the management team.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7. Notifications</w:t>
      </w:r>
    </w:p>
    <w:p>
      <w:pPr>
        <w:pStyle w:val="Heading3"/>
      </w:pPr>
      <w:r>
        <w:rPr>
          <w:color w:val="2F5297"/>
        </w:rPr>
        <w:t>In-App Notifications</w:t>
      </w:r>
    </w:p>
    <w:p>
      <w:r>
        <w:t xml:space="preserve">The </w:t>
      </w:r>
      <w:r>
        <w:rPr>
          <w:b/>
        </w:rPr>
        <w:t>bell icon</w:t>
      </w:r>
      <w:r>
        <w:t xml:space="preserve"> in the top navigation bar shows a red badge with the count of unread notifications.</w:t>
      </w:r>
    </w:p>
    <w:p>
      <w:r>
        <w:t>Click the bell to see your notification feed. Click any notification to jump to the related issue or inspection.</w:t>
      </w:r>
    </w:p>
    <w:p>
      <w:pPr>
        <w:pStyle w:val="Heading3"/>
      </w:pPr>
      <w:r>
        <w:rPr>
          <w:color w:val="2F5297"/>
        </w:rPr>
        <w:t>Email Notifications</w:t>
      </w:r>
    </w:p>
    <w:p>
      <w:r>
        <w:t>Depending on how your administrator has configured the notification settings, you may also receive emails for events such as:</w:t>
      </w:r>
    </w:p>
    <w:p>
      <w:pPr>
        <w:pStyle w:val="ListBullet"/>
      </w:pPr>
      <w:r>
        <w:t>An issue being assigned to you</w:t>
      </w:r>
    </w:p>
    <w:p>
      <w:pPr>
        <w:pStyle w:val="ListBullet"/>
      </w:pPr>
      <w:r>
        <w:t>An issue you are following being updated</w:t>
      </w:r>
    </w:p>
    <w:p>
      <w:pPr>
        <w:pStyle w:val="ListBullet"/>
      </w:pPr>
      <w:r>
        <w:t>An SLA deadline approaching or being breached</w:t>
      </w:r>
    </w:p>
    <w:p>
      <w:pPr>
        <w:pStyle w:val="ListBullet"/>
      </w:pPr>
      <w:r>
        <w:t>A follow-up inspection being flagged for your completed inspection</w:t>
      </w:r>
    </w:p>
    <w:p>
      <w:pPr>
        <w:pStyle w:val="Heading3"/>
      </w:pPr>
      <w:r>
        <w:rPr>
          <w:color w:val="2F5297"/>
        </w:rPr>
        <w:t>Notification Preferences</w:t>
      </w:r>
    </w:p>
    <w:p>
      <w:r>
        <w:t xml:space="preserve">Click your username (top right) → </w:t>
      </w:r>
      <w:r>
        <w:rPr>
          <w:b/>
        </w:rPr>
        <w:t>Profile</w:t>
      </w:r>
      <w:r>
        <w:t xml:space="preserve"> → </w:t>
      </w:r>
      <w:r>
        <w:rPr>
          <w:b/>
        </w:rPr>
        <w:t>Notification Preferences</w:t>
      </w:r>
      <w:r>
        <w:t xml:space="preserve"> to control which events you receive emails for, and whether to receive them immediately or as a daily digest.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8. Your Profile</w:t>
      </w:r>
    </w:p>
    <w:p>
      <w:r>
        <w:t xml:space="preserve">Click your username in the top navigation bar → </w:t>
      </w:r>
      <w:r>
        <w:rPr>
          <w:b/>
        </w:rPr>
        <w:t>Profile</w:t>
      </w:r>
      <w:r>
        <w:t>.</w:t>
      </w:r>
    </w:p>
    <w:p>
      <w:r>
        <w:t>Here you can:</w:t>
      </w:r>
    </w:p>
    <w:p>
      <w:pPr>
        <w:pStyle w:val="ListBullet"/>
      </w:pPr>
      <w:r>
        <w:t xml:space="preserve">Update your </w:t>
      </w:r>
      <w:r>
        <w:rPr>
          <w:b/>
        </w:rPr>
        <w:t>full name</w:t>
      </w:r>
      <w:r>
        <w:t xml:space="preserve"> (displayed throughout the app)</w:t>
      </w:r>
    </w:p>
    <w:p>
      <w:pPr>
        <w:pStyle w:val="ListBullet"/>
      </w:pPr>
      <w:r>
        <w:t xml:space="preserve">Change your </w:t>
      </w:r>
      <w:r>
        <w:rPr>
          <w:b/>
        </w:rPr>
        <w:t>email address</w:t>
      </w:r>
      <w:r/>
    </w:p>
    <w:p>
      <w:pPr>
        <w:pStyle w:val="ListBullet"/>
      </w:pPr>
      <w:r>
        <w:t xml:space="preserve">Change your </w:t>
      </w:r>
      <w:r>
        <w:rPr>
          <w:b/>
        </w:rPr>
        <w:t>password</w:t>
      </w:r>
      <w:r/>
    </w:p>
    <w:p>
      <w:r>
        <w:t xml:space="preserve">Click </w:t>
      </w:r>
      <w:r>
        <w:rPr>
          <w:b/>
        </w:rPr>
        <w:t>Save Changes</w:t>
      </w:r>
      <w:r>
        <w:t xml:space="preserve"> when done.</w:t>
      </w:r>
    </w:p>
    <w:p>
      <w:pPr>
        <w:pBdr>
          <w:bottom w:val="single" w:sz="6" w:space="1" w:color="AAAAAA"/>
        </w:pBdr>
      </w:pPr>
    </w:p>
    <w:p>
      <w:pPr>
        <w:pStyle w:val="Heading2"/>
      </w:pPr>
      <w:r>
        <w:rPr>
          <w:color w:val="2E74B5"/>
        </w:rPr>
        <w:t>9. Troubleshooting</w:t>
      </w:r>
    </w:p>
    <w:p>
      <w:pPr>
        <w:pStyle w:val="Heading3"/>
      </w:pPr>
      <w:r>
        <w:rPr>
          <w:color w:val="2F5297"/>
        </w:rPr>
        <w:t>I log in but see no facilities or inspections</w:t>
      </w:r>
    </w:p>
    <w:p>
      <w:r>
        <w:t xml:space="preserve">Your account has not been assigned to any contracts yet. Contact your administrator and ask them to assign you to the relevant contracts at </w:t>
      </w:r>
      <w:r>
        <w:rPr>
          <w:b/>
        </w:rPr>
        <w:t>User Management → [your name] → Assign Contracts</w:t>
      </w:r>
      <w:r>
        <w:t>.</w:t>
      </w:r>
    </w:p>
    <w:p>
      <w:pPr>
        <w:pStyle w:val="Heading3"/>
      </w:pPr>
      <w:r>
        <w:rPr>
          <w:color w:val="2F5297"/>
        </w:rPr>
        <w:t>My photo did not upload</w:t>
      </w:r>
    </w:p>
    <w:p>
      <w:r>
        <w:t>Photos are uploaded the moment you select a file. If the upload fails, a red error message appears below the upload zone. Common causes:</w:t>
      </w:r>
    </w:p>
    <w:p>
      <w:pPr>
        <w:pStyle w:val="ListBullet"/>
      </w:pPr>
      <w:r>
        <w:t>The file is not a JPG, PNG, or GIF image</w:t>
      </w:r>
    </w:p>
    <w:p>
      <w:pPr>
        <w:pStyle w:val="ListBullet"/>
      </w:pPr>
      <w:r>
        <w:t>Your internet connection dropped temporarily</w:t>
      </w:r>
    </w:p>
    <w:p>
      <w:r>
        <w:t>Try selecting the photo again. If it keeps failing, check your connection and ensure the file is a valid image.</w:t>
      </w:r>
    </w:p>
    <w:p>
      <w:pPr>
        <w:pStyle w:val="Heading3"/>
      </w:pPr>
      <w:r>
        <w:rPr>
          <w:color w:val="2F5297"/>
        </w:rPr>
        <w:t>I accidentally submitted a draft without finishing</w:t>
      </w:r>
    </w:p>
    <w:p>
      <w:r>
        <w:t>Contact your director or administrator. They can view the in-progress inspection and, if needed, delete it so you can start fresh.</w:t>
      </w:r>
    </w:p>
    <w:p>
      <w:pPr>
        <w:pStyle w:val="Heading3"/>
      </w:pPr>
      <w:r>
        <w:rPr>
          <w:color w:val="2F5297"/>
        </w:rPr>
        <w:t>I can't see an issue I created</w:t>
      </w:r>
    </w:p>
    <w:p>
      <w:r>
        <w:t xml:space="preserve">If the issue was created during an inspection at a facility </w:t>
      </w:r>
      <w:r>
        <w:rPr>
          <w:b/>
        </w:rPr>
        <w:t>not in your assigned contracts</w:t>
      </w:r>
      <w:r>
        <w:t>, you will not see it in your issues list. Contact your administrator.</w:t>
      </w:r>
    </w:p>
    <w:p>
      <w:pPr>
        <w:pStyle w:val="Heading3"/>
      </w:pPr>
      <w:r>
        <w:rPr>
          <w:color w:val="2F5297"/>
        </w:rPr>
        <w:t>The auto-save status shows "Failed"</w:t>
      </w:r>
    </w:p>
    <w:p>
      <w:r>
        <w:t xml:space="preserve">This means the draft could not be saved to the server. Check your internet connection. Your current form data is still in the browser — do </w:t>
      </w:r>
      <w:r>
        <w:rPr>
          <w:b/>
        </w:rPr>
        <w:t>not</w:t>
      </w:r>
      <w:r>
        <w:t xml:space="preserve"> close the tab. Reconnect and try </w:t>
      </w:r>
      <w:r>
        <w:rPr>
          <w:b/>
        </w:rPr>
        <w:t>Save Draft</w:t>
      </w:r>
      <w:r>
        <w:t xml:space="preserve"> manually.</w:t>
      </w:r>
    </w:p>
    <w:p>
      <w:pPr>
        <w:pBdr>
          <w:bottom w:val="single" w:sz="6" w:space="1" w:color="AAAAAA"/>
        </w:pBdr>
      </w:pPr>
    </w:p>
    <w:p>
      <w:r>
        <w:rPr>
          <w:i/>
          <w:color w:val="606060"/>
        </w:rPr>
        <w:t>For technical support, contact your system administrator.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