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CF07" w14:textId="77777777" w:rsidR="0081006A" w:rsidRDefault="0081006A"/>
    <w:p w14:paraId="46483003" w14:textId="77777777" w:rsidR="0081006A" w:rsidRDefault="0081006A"/>
    <w:p w14:paraId="5A66AF4A" w14:textId="77777777" w:rsidR="0081006A" w:rsidRDefault="00000000">
      <w:pPr>
        <w:jc w:val="center"/>
      </w:pPr>
      <w:r>
        <w:rPr>
          <w:b/>
          <w:color w:val="0D6EFD"/>
          <w:sz w:val="56"/>
        </w:rPr>
        <w:t>Janitorial QC System</w:t>
      </w:r>
    </w:p>
    <w:p w14:paraId="305F9FAC" w14:textId="77777777" w:rsidR="0081006A" w:rsidRDefault="00000000">
      <w:pPr>
        <w:jc w:val="center"/>
      </w:pPr>
      <w:r>
        <w:rPr>
          <w:b/>
          <w:sz w:val="40"/>
        </w:rPr>
        <w:t>Customer User Manual</w:t>
      </w:r>
    </w:p>
    <w:p w14:paraId="5F7D51A4" w14:textId="77777777" w:rsidR="0081006A" w:rsidRDefault="0081006A"/>
    <w:p w14:paraId="65B1D758" w14:textId="77777777" w:rsidR="0081006A" w:rsidRDefault="00000000">
      <w:pPr>
        <w:jc w:val="center"/>
      </w:pPr>
      <w:r>
        <w:rPr>
          <w:sz w:val="24"/>
        </w:rPr>
        <w:t>Version 1.0  ·  June 2026</w:t>
      </w:r>
    </w:p>
    <w:p w14:paraId="729F31D8" w14:textId="77777777" w:rsidR="0081006A" w:rsidRDefault="0081006A"/>
    <w:p w14:paraId="6048145E" w14:textId="77777777" w:rsidR="0081006A" w:rsidRDefault="0081006A"/>
    <w:p w14:paraId="48423F60" w14:textId="77777777" w:rsidR="0081006A" w:rsidRDefault="00000000">
      <w:pPr>
        <w:jc w:val="center"/>
      </w:pPr>
      <w:r>
        <w:rPr>
          <w:color w:val="6C757D"/>
        </w:rPr>
        <w:t>This manual is intended for Customer users of the JQC portal.</w:t>
      </w:r>
      <w:r>
        <w:rPr>
          <w:color w:val="6C757D"/>
        </w:rPr>
        <w:br/>
        <w:t>It covers every page and feature available to your account.</w:t>
      </w:r>
    </w:p>
    <w:p w14:paraId="30862EED" w14:textId="77777777" w:rsidR="0081006A" w:rsidRDefault="00000000">
      <w:r>
        <w:br w:type="page"/>
      </w:r>
    </w:p>
    <w:sdt>
      <w:sdtPr>
        <w:id w:val="-1598708889"/>
        <w:docPartObj>
          <w:docPartGallery w:val="Table of Contents"/>
          <w:docPartUnique/>
        </w:docPartObj>
      </w:sdtPr>
      <w:sdtEndPr>
        <w:rPr>
          <w:rFonts w:asciiTheme="minorHAnsi" w:eastAsiaTheme="minorEastAsia" w:hAnsiTheme="minorHAnsi" w:cstheme="minorBidi"/>
          <w:noProof/>
          <w:color w:val="auto"/>
          <w:sz w:val="22"/>
          <w:szCs w:val="22"/>
        </w:rPr>
      </w:sdtEndPr>
      <w:sdtContent>
        <w:p w14:paraId="301DB65A" w14:textId="7380E348" w:rsidR="001E1174" w:rsidRDefault="001E1174">
          <w:pPr>
            <w:pStyle w:val="TOCHeading"/>
          </w:pPr>
          <w:r>
            <w:t>Contents</w:t>
          </w:r>
        </w:p>
        <w:p w14:paraId="10C7DE82" w14:textId="2E003168" w:rsidR="00263D60" w:rsidRDefault="001E1174">
          <w:pPr>
            <w:pStyle w:val="TOC1"/>
            <w:tabs>
              <w:tab w:val="right" w:leader="dot" w:pos="9396"/>
            </w:tabs>
            <w:rPr>
              <w:noProof/>
              <w:kern w:val="2"/>
              <w:sz w:val="24"/>
              <w:szCs w:val="24"/>
              <w14:ligatures w14:val="standardContextual"/>
            </w:rPr>
          </w:pPr>
          <w:r>
            <w:fldChar w:fldCharType="begin"/>
          </w:r>
          <w:r>
            <w:instrText xml:space="preserve"> TOC \o "1-3" \h \z \u </w:instrText>
          </w:r>
          <w:r>
            <w:fldChar w:fldCharType="separate"/>
          </w:r>
          <w:hyperlink w:anchor="_Toc231817780" w:history="1">
            <w:r w:rsidR="00263D60" w:rsidRPr="00FE6CC8">
              <w:rPr>
                <w:rStyle w:val="Hyperlink"/>
                <w:noProof/>
              </w:rPr>
              <w:t>1.  Getting Started — Account Setup</w:t>
            </w:r>
            <w:r w:rsidR="00263D60">
              <w:rPr>
                <w:noProof/>
                <w:webHidden/>
              </w:rPr>
              <w:tab/>
            </w:r>
            <w:r w:rsidR="00263D60">
              <w:rPr>
                <w:noProof/>
                <w:webHidden/>
              </w:rPr>
              <w:fldChar w:fldCharType="begin"/>
            </w:r>
            <w:r w:rsidR="00263D60">
              <w:rPr>
                <w:noProof/>
                <w:webHidden/>
              </w:rPr>
              <w:instrText xml:space="preserve"> PAGEREF _Toc231817780 \h </w:instrText>
            </w:r>
            <w:r w:rsidR="00263D60">
              <w:rPr>
                <w:noProof/>
                <w:webHidden/>
              </w:rPr>
            </w:r>
            <w:r w:rsidR="00263D60">
              <w:rPr>
                <w:noProof/>
                <w:webHidden/>
              </w:rPr>
              <w:fldChar w:fldCharType="separate"/>
            </w:r>
            <w:r w:rsidR="00263D60">
              <w:rPr>
                <w:noProof/>
                <w:webHidden/>
              </w:rPr>
              <w:t>4</w:t>
            </w:r>
            <w:r w:rsidR="00263D60">
              <w:rPr>
                <w:noProof/>
                <w:webHidden/>
              </w:rPr>
              <w:fldChar w:fldCharType="end"/>
            </w:r>
          </w:hyperlink>
        </w:p>
        <w:p w14:paraId="5EAFE09D" w14:textId="79B1A632" w:rsidR="00263D60" w:rsidRDefault="00263D60">
          <w:pPr>
            <w:pStyle w:val="TOC2"/>
            <w:tabs>
              <w:tab w:val="right" w:leader="dot" w:pos="9396"/>
            </w:tabs>
            <w:rPr>
              <w:noProof/>
              <w:kern w:val="2"/>
              <w:sz w:val="24"/>
              <w:szCs w:val="24"/>
              <w14:ligatures w14:val="standardContextual"/>
            </w:rPr>
          </w:pPr>
          <w:hyperlink w:anchor="_Toc231817781" w:history="1">
            <w:r w:rsidRPr="00FE6CC8">
              <w:rPr>
                <w:rStyle w:val="Hyperlink"/>
                <w:noProof/>
              </w:rPr>
              <w:t>Step 1 — Receive the Invitation Email</w:t>
            </w:r>
            <w:r>
              <w:rPr>
                <w:noProof/>
                <w:webHidden/>
              </w:rPr>
              <w:tab/>
            </w:r>
            <w:r>
              <w:rPr>
                <w:noProof/>
                <w:webHidden/>
              </w:rPr>
              <w:fldChar w:fldCharType="begin"/>
            </w:r>
            <w:r>
              <w:rPr>
                <w:noProof/>
                <w:webHidden/>
              </w:rPr>
              <w:instrText xml:space="preserve"> PAGEREF _Toc231817781 \h </w:instrText>
            </w:r>
            <w:r>
              <w:rPr>
                <w:noProof/>
                <w:webHidden/>
              </w:rPr>
            </w:r>
            <w:r>
              <w:rPr>
                <w:noProof/>
                <w:webHidden/>
              </w:rPr>
              <w:fldChar w:fldCharType="separate"/>
            </w:r>
            <w:r>
              <w:rPr>
                <w:noProof/>
                <w:webHidden/>
              </w:rPr>
              <w:t>4</w:t>
            </w:r>
            <w:r>
              <w:rPr>
                <w:noProof/>
                <w:webHidden/>
              </w:rPr>
              <w:fldChar w:fldCharType="end"/>
            </w:r>
          </w:hyperlink>
        </w:p>
        <w:p w14:paraId="1C48DA81" w14:textId="093BD00E" w:rsidR="00263D60" w:rsidRDefault="00263D60">
          <w:pPr>
            <w:pStyle w:val="TOC2"/>
            <w:tabs>
              <w:tab w:val="right" w:leader="dot" w:pos="9396"/>
            </w:tabs>
            <w:rPr>
              <w:noProof/>
              <w:kern w:val="2"/>
              <w:sz w:val="24"/>
              <w:szCs w:val="24"/>
              <w14:ligatures w14:val="standardContextual"/>
            </w:rPr>
          </w:pPr>
          <w:hyperlink w:anchor="_Toc231817782" w:history="1">
            <w:r w:rsidRPr="00FE6CC8">
              <w:rPr>
                <w:rStyle w:val="Hyperlink"/>
                <w:noProof/>
              </w:rPr>
              <w:t>Step 2 — Set Your Username and Password</w:t>
            </w:r>
            <w:r>
              <w:rPr>
                <w:noProof/>
                <w:webHidden/>
              </w:rPr>
              <w:tab/>
            </w:r>
            <w:r>
              <w:rPr>
                <w:noProof/>
                <w:webHidden/>
              </w:rPr>
              <w:fldChar w:fldCharType="begin"/>
            </w:r>
            <w:r>
              <w:rPr>
                <w:noProof/>
                <w:webHidden/>
              </w:rPr>
              <w:instrText xml:space="preserve"> PAGEREF _Toc231817782 \h </w:instrText>
            </w:r>
            <w:r>
              <w:rPr>
                <w:noProof/>
                <w:webHidden/>
              </w:rPr>
            </w:r>
            <w:r>
              <w:rPr>
                <w:noProof/>
                <w:webHidden/>
              </w:rPr>
              <w:fldChar w:fldCharType="separate"/>
            </w:r>
            <w:r>
              <w:rPr>
                <w:noProof/>
                <w:webHidden/>
              </w:rPr>
              <w:t>4</w:t>
            </w:r>
            <w:r>
              <w:rPr>
                <w:noProof/>
                <w:webHidden/>
              </w:rPr>
              <w:fldChar w:fldCharType="end"/>
            </w:r>
          </w:hyperlink>
        </w:p>
        <w:p w14:paraId="31F336D2" w14:textId="3BDAA044" w:rsidR="00263D60" w:rsidRDefault="00263D60">
          <w:pPr>
            <w:pStyle w:val="TOC2"/>
            <w:tabs>
              <w:tab w:val="right" w:leader="dot" w:pos="9396"/>
            </w:tabs>
            <w:rPr>
              <w:noProof/>
              <w:kern w:val="2"/>
              <w:sz w:val="24"/>
              <w:szCs w:val="24"/>
              <w14:ligatures w14:val="standardContextual"/>
            </w:rPr>
          </w:pPr>
          <w:hyperlink w:anchor="_Toc231817783" w:history="1">
            <w:r w:rsidRPr="00FE6CC8">
              <w:rPr>
                <w:rStyle w:val="Hyperlink"/>
                <w:noProof/>
              </w:rPr>
              <w:t>Step 3 — Contact Your Administrator if the Link Has Expired</w:t>
            </w:r>
            <w:r>
              <w:rPr>
                <w:noProof/>
                <w:webHidden/>
              </w:rPr>
              <w:tab/>
            </w:r>
            <w:r>
              <w:rPr>
                <w:noProof/>
                <w:webHidden/>
              </w:rPr>
              <w:fldChar w:fldCharType="begin"/>
            </w:r>
            <w:r>
              <w:rPr>
                <w:noProof/>
                <w:webHidden/>
              </w:rPr>
              <w:instrText xml:space="preserve"> PAGEREF _Toc231817783 \h </w:instrText>
            </w:r>
            <w:r>
              <w:rPr>
                <w:noProof/>
                <w:webHidden/>
              </w:rPr>
            </w:r>
            <w:r>
              <w:rPr>
                <w:noProof/>
                <w:webHidden/>
              </w:rPr>
              <w:fldChar w:fldCharType="separate"/>
            </w:r>
            <w:r>
              <w:rPr>
                <w:noProof/>
                <w:webHidden/>
              </w:rPr>
              <w:t>4</w:t>
            </w:r>
            <w:r>
              <w:rPr>
                <w:noProof/>
                <w:webHidden/>
              </w:rPr>
              <w:fldChar w:fldCharType="end"/>
            </w:r>
          </w:hyperlink>
        </w:p>
        <w:p w14:paraId="5A8AD35B" w14:textId="26537632" w:rsidR="00263D60" w:rsidRDefault="00263D60">
          <w:pPr>
            <w:pStyle w:val="TOC1"/>
            <w:tabs>
              <w:tab w:val="right" w:leader="dot" w:pos="9396"/>
            </w:tabs>
            <w:rPr>
              <w:noProof/>
              <w:kern w:val="2"/>
              <w:sz w:val="24"/>
              <w:szCs w:val="24"/>
              <w14:ligatures w14:val="standardContextual"/>
            </w:rPr>
          </w:pPr>
          <w:hyperlink w:anchor="_Toc231817784" w:history="1">
            <w:r w:rsidRPr="00FE6CC8">
              <w:rPr>
                <w:rStyle w:val="Hyperlink"/>
                <w:noProof/>
              </w:rPr>
              <w:t>2.  Logging In &amp; Logging Out</w:t>
            </w:r>
            <w:r>
              <w:rPr>
                <w:noProof/>
                <w:webHidden/>
              </w:rPr>
              <w:tab/>
            </w:r>
            <w:r>
              <w:rPr>
                <w:noProof/>
                <w:webHidden/>
              </w:rPr>
              <w:fldChar w:fldCharType="begin"/>
            </w:r>
            <w:r>
              <w:rPr>
                <w:noProof/>
                <w:webHidden/>
              </w:rPr>
              <w:instrText xml:space="preserve"> PAGEREF _Toc231817784 \h </w:instrText>
            </w:r>
            <w:r>
              <w:rPr>
                <w:noProof/>
                <w:webHidden/>
              </w:rPr>
            </w:r>
            <w:r>
              <w:rPr>
                <w:noProof/>
                <w:webHidden/>
              </w:rPr>
              <w:fldChar w:fldCharType="separate"/>
            </w:r>
            <w:r>
              <w:rPr>
                <w:noProof/>
                <w:webHidden/>
              </w:rPr>
              <w:t>4</w:t>
            </w:r>
            <w:r>
              <w:rPr>
                <w:noProof/>
                <w:webHidden/>
              </w:rPr>
              <w:fldChar w:fldCharType="end"/>
            </w:r>
          </w:hyperlink>
        </w:p>
        <w:p w14:paraId="1ADB2553" w14:textId="30BA3480" w:rsidR="00263D60" w:rsidRDefault="00263D60">
          <w:pPr>
            <w:pStyle w:val="TOC2"/>
            <w:tabs>
              <w:tab w:val="right" w:leader="dot" w:pos="9396"/>
            </w:tabs>
            <w:rPr>
              <w:noProof/>
              <w:kern w:val="2"/>
              <w:sz w:val="24"/>
              <w:szCs w:val="24"/>
              <w14:ligatures w14:val="standardContextual"/>
            </w:rPr>
          </w:pPr>
          <w:hyperlink w:anchor="_Toc231817785" w:history="1">
            <w:r w:rsidRPr="00FE6CC8">
              <w:rPr>
                <w:rStyle w:val="Hyperlink"/>
                <w:noProof/>
              </w:rPr>
              <w:t>Logging In</w:t>
            </w:r>
            <w:r>
              <w:rPr>
                <w:noProof/>
                <w:webHidden/>
              </w:rPr>
              <w:tab/>
            </w:r>
            <w:r>
              <w:rPr>
                <w:noProof/>
                <w:webHidden/>
              </w:rPr>
              <w:fldChar w:fldCharType="begin"/>
            </w:r>
            <w:r>
              <w:rPr>
                <w:noProof/>
                <w:webHidden/>
              </w:rPr>
              <w:instrText xml:space="preserve"> PAGEREF _Toc231817785 \h </w:instrText>
            </w:r>
            <w:r>
              <w:rPr>
                <w:noProof/>
                <w:webHidden/>
              </w:rPr>
            </w:r>
            <w:r>
              <w:rPr>
                <w:noProof/>
                <w:webHidden/>
              </w:rPr>
              <w:fldChar w:fldCharType="separate"/>
            </w:r>
            <w:r>
              <w:rPr>
                <w:noProof/>
                <w:webHidden/>
              </w:rPr>
              <w:t>4</w:t>
            </w:r>
            <w:r>
              <w:rPr>
                <w:noProof/>
                <w:webHidden/>
              </w:rPr>
              <w:fldChar w:fldCharType="end"/>
            </w:r>
          </w:hyperlink>
        </w:p>
        <w:p w14:paraId="64339DC4" w14:textId="3CCB9F8E" w:rsidR="00263D60" w:rsidRDefault="00263D60">
          <w:pPr>
            <w:pStyle w:val="TOC2"/>
            <w:tabs>
              <w:tab w:val="right" w:leader="dot" w:pos="9396"/>
            </w:tabs>
            <w:rPr>
              <w:noProof/>
              <w:kern w:val="2"/>
              <w:sz w:val="24"/>
              <w:szCs w:val="24"/>
              <w14:ligatures w14:val="standardContextual"/>
            </w:rPr>
          </w:pPr>
          <w:hyperlink w:anchor="_Toc231817786" w:history="1">
            <w:r w:rsidRPr="00FE6CC8">
              <w:rPr>
                <w:rStyle w:val="Hyperlink"/>
                <w:noProof/>
              </w:rPr>
              <w:t>Logging Out</w:t>
            </w:r>
            <w:r>
              <w:rPr>
                <w:noProof/>
                <w:webHidden/>
              </w:rPr>
              <w:tab/>
            </w:r>
            <w:r>
              <w:rPr>
                <w:noProof/>
                <w:webHidden/>
              </w:rPr>
              <w:fldChar w:fldCharType="begin"/>
            </w:r>
            <w:r>
              <w:rPr>
                <w:noProof/>
                <w:webHidden/>
              </w:rPr>
              <w:instrText xml:space="preserve"> PAGEREF _Toc231817786 \h </w:instrText>
            </w:r>
            <w:r>
              <w:rPr>
                <w:noProof/>
                <w:webHidden/>
              </w:rPr>
            </w:r>
            <w:r>
              <w:rPr>
                <w:noProof/>
                <w:webHidden/>
              </w:rPr>
              <w:fldChar w:fldCharType="separate"/>
            </w:r>
            <w:r>
              <w:rPr>
                <w:noProof/>
                <w:webHidden/>
              </w:rPr>
              <w:t>4</w:t>
            </w:r>
            <w:r>
              <w:rPr>
                <w:noProof/>
                <w:webHidden/>
              </w:rPr>
              <w:fldChar w:fldCharType="end"/>
            </w:r>
          </w:hyperlink>
        </w:p>
        <w:p w14:paraId="2B386662" w14:textId="37E88411" w:rsidR="00263D60" w:rsidRDefault="00263D60">
          <w:pPr>
            <w:pStyle w:val="TOC1"/>
            <w:tabs>
              <w:tab w:val="right" w:leader="dot" w:pos="9396"/>
            </w:tabs>
            <w:rPr>
              <w:noProof/>
              <w:kern w:val="2"/>
              <w:sz w:val="24"/>
              <w:szCs w:val="24"/>
              <w14:ligatures w14:val="standardContextual"/>
            </w:rPr>
          </w:pPr>
          <w:hyperlink w:anchor="_Toc231817787" w:history="1">
            <w:r w:rsidRPr="00FE6CC8">
              <w:rPr>
                <w:rStyle w:val="Hyperlink"/>
                <w:noProof/>
              </w:rPr>
              <w:t>3.  Dashboard</w:t>
            </w:r>
            <w:r>
              <w:rPr>
                <w:noProof/>
                <w:webHidden/>
              </w:rPr>
              <w:tab/>
            </w:r>
            <w:r>
              <w:rPr>
                <w:noProof/>
                <w:webHidden/>
              </w:rPr>
              <w:fldChar w:fldCharType="begin"/>
            </w:r>
            <w:r>
              <w:rPr>
                <w:noProof/>
                <w:webHidden/>
              </w:rPr>
              <w:instrText xml:space="preserve"> PAGEREF _Toc231817787 \h </w:instrText>
            </w:r>
            <w:r>
              <w:rPr>
                <w:noProof/>
                <w:webHidden/>
              </w:rPr>
            </w:r>
            <w:r>
              <w:rPr>
                <w:noProof/>
                <w:webHidden/>
              </w:rPr>
              <w:fldChar w:fldCharType="separate"/>
            </w:r>
            <w:r>
              <w:rPr>
                <w:noProof/>
                <w:webHidden/>
              </w:rPr>
              <w:t>5</w:t>
            </w:r>
            <w:r>
              <w:rPr>
                <w:noProof/>
                <w:webHidden/>
              </w:rPr>
              <w:fldChar w:fldCharType="end"/>
            </w:r>
          </w:hyperlink>
        </w:p>
        <w:p w14:paraId="2DBC92F2" w14:textId="3FBC8BF1" w:rsidR="00263D60" w:rsidRDefault="00263D60">
          <w:pPr>
            <w:pStyle w:val="TOC2"/>
            <w:tabs>
              <w:tab w:val="right" w:leader="dot" w:pos="9396"/>
            </w:tabs>
            <w:rPr>
              <w:noProof/>
              <w:kern w:val="2"/>
              <w:sz w:val="24"/>
              <w:szCs w:val="24"/>
              <w14:ligatures w14:val="standardContextual"/>
            </w:rPr>
          </w:pPr>
          <w:hyperlink w:anchor="_Toc231817788" w:history="1">
            <w:r w:rsidRPr="00FE6CC8">
              <w:rPr>
                <w:rStyle w:val="Hyperlink"/>
                <w:noProof/>
              </w:rPr>
              <w:t>Summary Cards</w:t>
            </w:r>
            <w:r>
              <w:rPr>
                <w:noProof/>
                <w:webHidden/>
              </w:rPr>
              <w:tab/>
            </w:r>
            <w:r>
              <w:rPr>
                <w:noProof/>
                <w:webHidden/>
              </w:rPr>
              <w:fldChar w:fldCharType="begin"/>
            </w:r>
            <w:r>
              <w:rPr>
                <w:noProof/>
                <w:webHidden/>
              </w:rPr>
              <w:instrText xml:space="preserve"> PAGEREF _Toc231817788 \h </w:instrText>
            </w:r>
            <w:r>
              <w:rPr>
                <w:noProof/>
                <w:webHidden/>
              </w:rPr>
            </w:r>
            <w:r>
              <w:rPr>
                <w:noProof/>
                <w:webHidden/>
              </w:rPr>
              <w:fldChar w:fldCharType="separate"/>
            </w:r>
            <w:r>
              <w:rPr>
                <w:noProof/>
                <w:webHidden/>
              </w:rPr>
              <w:t>5</w:t>
            </w:r>
            <w:r>
              <w:rPr>
                <w:noProof/>
                <w:webHidden/>
              </w:rPr>
              <w:fldChar w:fldCharType="end"/>
            </w:r>
          </w:hyperlink>
        </w:p>
        <w:p w14:paraId="365E237C" w14:textId="327FB447" w:rsidR="00263D60" w:rsidRDefault="00263D60">
          <w:pPr>
            <w:pStyle w:val="TOC2"/>
            <w:tabs>
              <w:tab w:val="right" w:leader="dot" w:pos="9396"/>
            </w:tabs>
            <w:rPr>
              <w:noProof/>
              <w:kern w:val="2"/>
              <w:sz w:val="24"/>
              <w:szCs w:val="24"/>
              <w14:ligatures w14:val="standardContextual"/>
            </w:rPr>
          </w:pPr>
          <w:hyperlink w:anchor="_Toc231817789" w:history="1">
            <w:r w:rsidRPr="00FE6CC8">
              <w:rPr>
                <w:rStyle w:val="Hyperlink"/>
                <w:noProof/>
              </w:rPr>
              <w:t>SLA Alert Banners</w:t>
            </w:r>
            <w:r>
              <w:rPr>
                <w:noProof/>
                <w:webHidden/>
              </w:rPr>
              <w:tab/>
            </w:r>
            <w:r>
              <w:rPr>
                <w:noProof/>
                <w:webHidden/>
              </w:rPr>
              <w:fldChar w:fldCharType="begin"/>
            </w:r>
            <w:r>
              <w:rPr>
                <w:noProof/>
                <w:webHidden/>
              </w:rPr>
              <w:instrText xml:space="preserve"> PAGEREF _Toc231817789 \h </w:instrText>
            </w:r>
            <w:r>
              <w:rPr>
                <w:noProof/>
                <w:webHidden/>
              </w:rPr>
            </w:r>
            <w:r>
              <w:rPr>
                <w:noProof/>
                <w:webHidden/>
              </w:rPr>
              <w:fldChar w:fldCharType="separate"/>
            </w:r>
            <w:r>
              <w:rPr>
                <w:noProof/>
                <w:webHidden/>
              </w:rPr>
              <w:t>5</w:t>
            </w:r>
            <w:r>
              <w:rPr>
                <w:noProof/>
                <w:webHidden/>
              </w:rPr>
              <w:fldChar w:fldCharType="end"/>
            </w:r>
          </w:hyperlink>
        </w:p>
        <w:p w14:paraId="54841028" w14:textId="289A9E94" w:rsidR="00263D60" w:rsidRDefault="00263D60">
          <w:pPr>
            <w:pStyle w:val="TOC2"/>
            <w:tabs>
              <w:tab w:val="right" w:leader="dot" w:pos="9396"/>
            </w:tabs>
            <w:rPr>
              <w:noProof/>
              <w:kern w:val="2"/>
              <w:sz w:val="24"/>
              <w:szCs w:val="24"/>
              <w14:ligatures w14:val="standardContextual"/>
            </w:rPr>
          </w:pPr>
          <w:hyperlink w:anchor="_Toc231817790" w:history="1">
            <w:r w:rsidRPr="00FE6CC8">
              <w:rPr>
                <w:rStyle w:val="Hyperlink"/>
                <w:noProof/>
              </w:rPr>
              <w:t>Score Trend Chart</w:t>
            </w:r>
            <w:r>
              <w:rPr>
                <w:noProof/>
                <w:webHidden/>
              </w:rPr>
              <w:tab/>
            </w:r>
            <w:r>
              <w:rPr>
                <w:noProof/>
                <w:webHidden/>
              </w:rPr>
              <w:fldChar w:fldCharType="begin"/>
            </w:r>
            <w:r>
              <w:rPr>
                <w:noProof/>
                <w:webHidden/>
              </w:rPr>
              <w:instrText xml:space="preserve"> PAGEREF _Toc231817790 \h </w:instrText>
            </w:r>
            <w:r>
              <w:rPr>
                <w:noProof/>
                <w:webHidden/>
              </w:rPr>
            </w:r>
            <w:r>
              <w:rPr>
                <w:noProof/>
                <w:webHidden/>
              </w:rPr>
              <w:fldChar w:fldCharType="separate"/>
            </w:r>
            <w:r>
              <w:rPr>
                <w:noProof/>
                <w:webHidden/>
              </w:rPr>
              <w:t>5</w:t>
            </w:r>
            <w:r>
              <w:rPr>
                <w:noProof/>
                <w:webHidden/>
              </w:rPr>
              <w:fldChar w:fldCharType="end"/>
            </w:r>
          </w:hyperlink>
        </w:p>
        <w:p w14:paraId="696CACA4" w14:textId="111F4593" w:rsidR="00263D60" w:rsidRDefault="00263D60">
          <w:pPr>
            <w:pStyle w:val="TOC1"/>
            <w:tabs>
              <w:tab w:val="right" w:leader="dot" w:pos="9396"/>
            </w:tabs>
            <w:rPr>
              <w:noProof/>
              <w:kern w:val="2"/>
              <w:sz w:val="24"/>
              <w:szCs w:val="24"/>
              <w14:ligatures w14:val="standardContextual"/>
            </w:rPr>
          </w:pPr>
          <w:hyperlink w:anchor="_Toc231817791" w:history="1">
            <w:r w:rsidRPr="00FE6CC8">
              <w:rPr>
                <w:rStyle w:val="Hyperlink"/>
                <w:noProof/>
              </w:rPr>
              <w:t>4.  Your Facilities</w:t>
            </w:r>
            <w:r>
              <w:rPr>
                <w:noProof/>
                <w:webHidden/>
              </w:rPr>
              <w:tab/>
            </w:r>
            <w:r>
              <w:rPr>
                <w:noProof/>
                <w:webHidden/>
              </w:rPr>
              <w:fldChar w:fldCharType="begin"/>
            </w:r>
            <w:r>
              <w:rPr>
                <w:noProof/>
                <w:webHidden/>
              </w:rPr>
              <w:instrText xml:space="preserve"> PAGEREF _Toc231817791 \h </w:instrText>
            </w:r>
            <w:r>
              <w:rPr>
                <w:noProof/>
                <w:webHidden/>
              </w:rPr>
            </w:r>
            <w:r>
              <w:rPr>
                <w:noProof/>
                <w:webHidden/>
              </w:rPr>
              <w:fldChar w:fldCharType="separate"/>
            </w:r>
            <w:r>
              <w:rPr>
                <w:noProof/>
                <w:webHidden/>
              </w:rPr>
              <w:t>5</w:t>
            </w:r>
            <w:r>
              <w:rPr>
                <w:noProof/>
                <w:webHidden/>
              </w:rPr>
              <w:fldChar w:fldCharType="end"/>
            </w:r>
          </w:hyperlink>
        </w:p>
        <w:p w14:paraId="0927EED1" w14:textId="213C8488" w:rsidR="00263D60" w:rsidRDefault="00263D60">
          <w:pPr>
            <w:pStyle w:val="TOC2"/>
            <w:tabs>
              <w:tab w:val="right" w:leader="dot" w:pos="9396"/>
            </w:tabs>
            <w:rPr>
              <w:noProof/>
              <w:kern w:val="2"/>
              <w:sz w:val="24"/>
              <w:szCs w:val="24"/>
              <w14:ligatures w14:val="standardContextual"/>
            </w:rPr>
          </w:pPr>
          <w:hyperlink w:anchor="_Toc231817792" w:history="1">
            <w:r w:rsidRPr="00FE6CC8">
              <w:rPr>
                <w:rStyle w:val="Hyperlink"/>
                <w:noProof/>
              </w:rPr>
              <w:t>Card Grid Layout</w:t>
            </w:r>
            <w:r>
              <w:rPr>
                <w:noProof/>
                <w:webHidden/>
              </w:rPr>
              <w:tab/>
            </w:r>
            <w:r>
              <w:rPr>
                <w:noProof/>
                <w:webHidden/>
              </w:rPr>
              <w:fldChar w:fldCharType="begin"/>
            </w:r>
            <w:r>
              <w:rPr>
                <w:noProof/>
                <w:webHidden/>
              </w:rPr>
              <w:instrText xml:space="preserve"> PAGEREF _Toc231817792 \h </w:instrText>
            </w:r>
            <w:r>
              <w:rPr>
                <w:noProof/>
                <w:webHidden/>
              </w:rPr>
            </w:r>
            <w:r>
              <w:rPr>
                <w:noProof/>
                <w:webHidden/>
              </w:rPr>
              <w:fldChar w:fldCharType="separate"/>
            </w:r>
            <w:r>
              <w:rPr>
                <w:noProof/>
                <w:webHidden/>
              </w:rPr>
              <w:t>5</w:t>
            </w:r>
            <w:r>
              <w:rPr>
                <w:noProof/>
                <w:webHidden/>
              </w:rPr>
              <w:fldChar w:fldCharType="end"/>
            </w:r>
          </w:hyperlink>
        </w:p>
        <w:p w14:paraId="5C01763B" w14:textId="25896514" w:rsidR="00263D60" w:rsidRDefault="00263D60">
          <w:pPr>
            <w:pStyle w:val="TOC2"/>
            <w:tabs>
              <w:tab w:val="right" w:leader="dot" w:pos="9396"/>
            </w:tabs>
            <w:rPr>
              <w:noProof/>
              <w:kern w:val="2"/>
              <w:sz w:val="24"/>
              <w:szCs w:val="24"/>
              <w14:ligatures w14:val="standardContextual"/>
            </w:rPr>
          </w:pPr>
          <w:hyperlink w:anchor="_Toc231817793" w:history="1">
            <w:r w:rsidRPr="00FE6CC8">
              <w:rPr>
                <w:rStyle w:val="Hyperlink"/>
                <w:noProof/>
              </w:rPr>
              <w:t>Show More / Show Fewer</w:t>
            </w:r>
            <w:r>
              <w:rPr>
                <w:noProof/>
                <w:webHidden/>
              </w:rPr>
              <w:tab/>
            </w:r>
            <w:r>
              <w:rPr>
                <w:noProof/>
                <w:webHidden/>
              </w:rPr>
              <w:fldChar w:fldCharType="begin"/>
            </w:r>
            <w:r>
              <w:rPr>
                <w:noProof/>
                <w:webHidden/>
              </w:rPr>
              <w:instrText xml:space="preserve"> PAGEREF _Toc231817793 \h </w:instrText>
            </w:r>
            <w:r>
              <w:rPr>
                <w:noProof/>
                <w:webHidden/>
              </w:rPr>
            </w:r>
            <w:r>
              <w:rPr>
                <w:noProof/>
                <w:webHidden/>
              </w:rPr>
              <w:fldChar w:fldCharType="separate"/>
            </w:r>
            <w:r>
              <w:rPr>
                <w:noProof/>
                <w:webHidden/>
              </w:rPr>
              <w:t>5</w:t>
            </w:r>
            <w:r>
              <w:rPr>
                <w:noProof/>
                <w:webHidden/>
              </w:rPr>
              <w:fldChar w:fldCharType="end"/>
            </w:r>
          </w:hyperlink>
        </w:p>
        <w:p w14:paraId="3F219903" w14:textId="0CC7C781" w:rsidR="00263D60" w:rsidRDefault="00263D60">
          <w:pPr>
            <w:pStyle w:val="TOC2"/>
            <w:tabs>
              <w:tab w:val="right" w:leader="dot" w:pos="9396"/>
            </w:tabs>
            <w:rPr>
              <w:noProof/>
              <w:kern w:val="2"/>
              <w:sz w:val="24"/>
              <w:szCs w:val="24"/>
              <w14:ligatures w14:val="standardContextual"/>
            </w:rPr>
          </w:pPr>
          <w:hyperlink w:anchor="_Toc231817794" w:history="1">
            <w:r w:rsidRPr="00FE6CC8">
              <w:rPr>
                <w:rStyle w:val="Hyperlink"/>
                <w:noProof/>
              </w:rPr>
              <w:t>Search Box</w:t>
            </w:r>
            <w:r>
              <w:rPr>
                <w:noProof/>
                <w:webHidden/>
              </w:rPr>
              <w:tab/>
            </w:r>
            <w:r>
              <w:rPr>
                <w:noProof/>
                <w:webHidden/>
              </w:rPr>
              <w:fldChar w:fldCharType="begin"/>
            </w:r>
            <w:r>
              <w:rPr>
                <w:noProof/>
                <w:webHidden/>
              </w:rPr>
              <w:instrText xml:space="preserve"> PAGEREF _Toc231817794 \h </w:instrText>
            </w:r>
            <w:r>
              <w:rPr>
                <w:noProof/>
                <w:webHidden/>
              </w:rPr>
            </w:r>
            <w:r>
              <w:rPr>
                <w:noProof/>
                <w:webHidden/>
              </w:rPr>
              <w:fldChar w:fldCharType="separate"/>
            </w:r>
            <w:r>
              <w:rPr>
                <w:noProof/>
                <w:webHidden/>
              </w:rPr>
              <w:t>6</w:t>
            </w:r>
            <w:r>
              <w:rPr>
                <w:noProof/>
                <w:webHidden/>
              </w:rPr>
              <w:fldChar w:fldCharType="end"/>
            </w:r>
          </w:hyperlink>
        </w:p>
        <w:p w14:paraId="06F7F14B" w14:textId="34AD998F" w:rsidR="00263D60" w:rsidRDefault="00263D60">
          <w:pPr>
            <w:pStyle w:val="TOC2"/>
            <w:tabs>
              <w:tab w:val="right" w:leader="dot" w:pos="9396"/>
            </w:tabs>
            <w:rPr>
              <w:noProof/>
              <w:kern w:val="2"/>
              <w:sz w:val="24"/>
              <w:szCs w:val="24"/>
              <w14:ligatures w14:val="standardContextual"/>
            </w:rPr>
          </w:pPr>
          <w:hyperlink w:anchor="_Toc231817795" w:history="1">
            <w:r w:rsidRPr="00FE6CC8">
              <w:rPr>
                <w:rStyle w:val="Hyperlink"/>
                <w:noProof/>
              </w:rPr>
              <w:t>Facility Actions</w:t>
            </w:r>
            <w:r>
              <w:rPr>
                <w:noProof/>
                <w:webHidden/>
              </w:rPr>
              <w:tab/>
            </w:r>
            <w:r>
              <w:rPr>
                <w:noProof/>
                <w:webHidden/>
              </w:rPr>
              <w:fldChar w:fldCharType="begin"/>
            </w:r>
            <w:r>
              <w:rPr>
                <w:noProof/>
                <w:webHidden/>
              </w:rPr>
              <w:instrText xml:space="preserve"> PAGEREF _Toc231817795 \h </w:instrText>
            </w:r>
            <w:r>
              <w:rPr>
                <w:noProof/>
                <w:webHidden/>
              </w:rPr>
            </w:r>
            <w:r>
              <w:rPr>
                <w:noProof/>
                <w:webHidden/>
              </w:rPr>
              <w:fldChar w:fldCharType="separate"/>
            </w:r>
            <w:r>
              <w:rPr>
                <w:noProof/>
                <w:webHidden/>
              </w:rPr>
              <w:t>6</w:t>
            </w:r>
            <w:r>
              <w:rPr>
                <w:noProof/>
                <w:webHidden/>
              </w:rPr>
              <w:fldChar w:fldCharType="end"/>
            </w:r>
          </w:hyperlink>
        </w:p>
        <w:p w14:paraId="70F07E9E" w14:textId="36886FCD" w:rsidR="00263D60" w:rsidRDefault="00263D60">
          <w:pPr>
            <w:pStyle w:val="TOC2"/>
            <w:tabs>
              <w:tab w:val="right" w:leader="dot" w:pos="9396"/>
            </w:tabs>
            <w:rPr>
              <w:noProof/>
              <w:kern w:val="2"/>
              <w:sz w:val="24"/>
              <w:szCs w:val="24"/>
              <w14:ligatures w14:val="standardContextual"/>
            </w:rPr>
          </w:pPr>
          <w:hyperlink w:anchor="_Toc231817796" w:history="1">
            <w:r w:rsidRPr="00FE6CC8">
              <w:rPr>
                <w:rStyle w:val="Hyperlink"/>
                <w:noProof/>
              </w:rPr>
              <w:t>Facilities Menu Page</w:t>
            </w:r>
            <w:r>
              <w:rPr>
                <w:noProof/>
                <w:webHidden/>
              </w:rPr>
              <w:tab/>
            </w:r>
            <w:r>
              <w:rPr>
                <w:noProof/>
                <w:webHidden/>
              </w:rPr>
              <w:fldChar w:fldCharType="begin"/>
            </w:r>
            <w:r>
              <w:rPr>
                <w:noProof/>
                <w:webHidden/>
              </w:rPr>
              <w:instrText xml:space="preserve"> PAGEREF _Toc231817796 \h </w:instrText>
            </w:r>
            <w:r>
              <w:rPr>
                <w:noProof/>
                <w:webHidden/>
              </w:rPr>
            </w:r>
            <w:r>
              <w:rPr>
                <w:noProof/>
                <w:webHidden/>
              </w:rPr>
              <w:fldChar w:fldCharType="separate"/>
            </w:r>
            <w:r>
              <w:rPr>
                <w:noProof/>
                <w:webHidden/>
              </w:rPr>
              <w:t>6</w:t>
            </w:r>
            <w:r>
              <w:rPr>
                <w:noProof/>
                <w:webHidden/>
              </w:rPr>
              <w:fldChar w:fldCharType="end"/>
            </w:r>
          </w:hyperlink>
        </w:p>
        <w:p w14:paraId="55367253" w14:textId="4E910C64" w:rsidR="00263D60" w:rsidRDefault="00263D60">
          <w:pPr>
            <w:pStyle w:val="TOC2"/>
            <w:tabs>
              <w:tab w:val="right" w:leader="dot" w:pos="9396"/>
            </w:tabs>
            <w:rPr>
              <w:noProof/>
              <w:kern w:val="2"/>
              <w:sz w:val="24"/>
              <w:szCs w:val="24"/>
              <w14:ligatures w14:val="standardContextual"/>
            </w:rPr>
          </w:pPr>
          <w:hyperlink w:anchor="_Toc231817797" w:history="1">
            <w:r w:rsidRPr="00FE6CC8">
              <w:rPr>
                <w:rStyle w:val="Hyperlink"/>
                <w:noProof/>
              </w:rPr>
              <w:t>Facility Detail Page</w:t>
            </w:r>
            <w:r>
              <w:rPr>
                <w:noProof/>
                <w:webHidden/>
              </w:rPr>
              <w:tab/>
            </w:r>
            <w:r>
              <w:rPr>
                <w:noProof/>
                <w:webHidden/>
              </w:rPr>
              <w:fldChar w:fldCharType="begin"/>
            </w:r>
            <w:r>
              <w:rPr>
                <w:noProof/>
                <w:webHidden/>
              </w:rPr>
              <w:instrText xml:space="preserve"> PAGEREF _Toc231817797 \h </w:instrText>
            </w:r>
            <w:r>
              <w:rPr>
                <w:noProof/>
                <w:webHidden/>
              </w:rPr>
            </w:r>
            <w:r>
              <w:rPr>
                <w:noProof/>
                <w:webHidden/>
              </w:rPr>
              <w:fldChar w:fldCharType="separate"/>
            </w:r>
            <w:r>
              <w:rPr>
                <w:noProof/>
                <w:webHidden/>
              </w:rPr>
              <w:t>6</w:t>
            </w:r>
            <w:r>
              <w:rPr>
                <w:noProof/>
                <w:webHidden/>
              </w:rPr>
              <w:fldChar w:fldCharType="end"/>
            </w:r>
          </w:hyperlink>
        </w:p>
        <w:p w14:paraId="24CCCEF8" w14:textId="509B42D1" w:rsidR="00263D60" w:rsidRDefault="00263D60">
          <w:pPr>
            <w:pStyle w:val="TOC1"/>
            <w:tabs>
              <w:tab w:val="right" w:leader="dot" w:pos="9396"/>
            </w:tabs>
            <w:rPr>
              <w:noProof/>
              <w:kern w:val="2"/>
              <w:sz w:val="24"/>
              <w:szCs w:val="24"/>
              <w14:ligatures w14:val="standardContextual"/>
            </w:rPr>
          </w:pPr>
          <w:hyperlink w:anchor="_Toc231817798" w:history="1">
            <w:r w:rsidRPr="00FE6CC8">
              <w:rPr>
                <w:rStyle w:val="Hyperlink"/>
                <w:noProof/>
              </w:rPr>
              <w:t>5.  Inspections</w:t>
            </w:r>
            <w:r>
              <w:rPr>
                <w:noProof/>
                <w:webHidden/>
              </w:rPr>
              <w:tab/>
            </w:r>
            <w:r>
              <w:rPr>
                <w:noProof/>
                <w:webHidden/>
              </w:rPr>
              <w:fldChar w:fldCharType="begin"/>
            </w:r>
            <w:r>
              <w:rPr>
                <w:noProof/>
                <w:webHidden/>
              </w:rPr>
              <w:instrText xml:space="preserve"> PAGEREF _Toc231817798 \h </w:instrText>
            </w:r>
            <w:r>
              <w:rPr>
                <w:noProof/>
                <w:webHidden/>
              </w:rPr>
            </w:r>
            <w:r>
              <w:rPr>
                <w:noProof/>
                <w:webHidden/>
              </w:rPr>
              <w:fldChar w:fldCharType="separate"/>
            </w:r>
            <w:r>
              <w:rPr>
                <w:noProof/>
                <w:webHidden/>
              </w:rPr>
              <w:t>6</w:t>
            </w:r>
            <w:r>
              <w:rPr>
                <w:noProof/>
                <w:webHidden/>
              </w:rPr>
              <w:fldChar w:fldCharType="end"/>
            </w:r>
          </w:hyperlink>
        </w:p>
        <w:p w14:paraId="602CBA63" w14:textId="31DF2EDE" w:rsidR="00263D60" w:rsidRDefault="00263D60">
          <w:pPr>
            <w:pStyle w:val="TOC2"/>
            <w:tabs>
              <w:tab w:val="right" w:leader="dot" w:pos="9396"/>
            </w:tabs>
            <w:rPr>
              <w:noProof/>
              <w:kern w:val="2"/>
              <w:sz w:val="24"/>
              <w:szCs w:val="24"/>
              <w14:ligatures w14:val="standardContextual"/>
            </w:rPr>
          </w:pPr>
          <w:hyperlink w:anchor="_Toc231817799" w:history="1">
            <w:r w:rsidRPr="00FE6CC8">
              <w:rPr>
                <w:rStyle w:val="Hyperlink"/>
                <w:noProof/>
              </w:rPr>
              <w:t>Inspections List</w:t>
            </w:r>
            <w:r>
              <w:rPr>
                <w:noProof/>
                <w:webHidden/>
              </w:rPr>
              <w:tab/>
            </w:r>
            <w:r>
              <w:rPr>
                <w:noProof/>
                <w:webHidden/>
              </w:rPr>
              <w:fldChar w:fldCharType="begin"/>
            </w:r>
            <w:r>
              <w:rPr>
                <w:noProof/>
                <w:webHidden/>
              </w:rPr>
              <w:instrText xml:space="preserve"> PAGEREF _Toc231817799 \h </w:instrText>
            </w:r>
            <w:r>
              <w:rPr>
                <w:noProof/>
                <w:webHidden/>
              </w:rPr>
            </w:r>
            <w:r>
              <w:rPr>
                <w:noProof/>
                <w:webHidden/>
              </w:rPr>
              <w:fldChar w:fldCharType="separate"/>
            </w:r>
            <w:r>
              <w:rPr>
                <w:noProof/>
                <w:webHidden/>
              </w:rPr>
              <w:t>6</w:t>
            </w:r>
            <w:r>
              <w:rPr>
                <w:noProof/>
                <w:webHidden/>
              </w:rPr>
              <w:fldChar w:fldCharType="end"/>
            </w:r>
          </w:hyperlink>
        </w:p>
        <w:p w14:paraId="2EF74DF2" w14:textId="0DEB061C" w:rsidR="00263D60" w:rsidRDefault="00263D60">
          <w:pPr>
            <w:pStyle w:val="TOC3"/>
            <w:tabs>
              <w:tab w:val="right" w:leader="dot" w:pos="9396"/>
            </w:tabs>
            <w:rPr>
              <w:noProof/>
              <w:kern w:val="2"/>
              <w:sz w:val="24"/>
              <w:szCs w:val="24"/>
              <w14:ligatures w14:val="standardContextual"/>
            </w:rPr>
          </w:pPr>
          <w:hyperlink w:anchor="_Toc231817800" w:history="1">
            <w:r w:rsidRPr="00FE6CC8">
              <w:rPr>
                <w:rStyle w:val="Hyperlink"/>
                <w:noProof/>
              </w:rPr>
              <w:t>Columns</w:t>
            </w:r>
            <w:r>
              <w:rPr>
                <w:noProof/>
                <w:webHidden/>
              </w:rPr>
              <w:tab/>
            </w:r>
            <w:r>
              <w:rPr>
                <w:noProof/>
                <w:webHidden/>
              </w:rPr>
              <w:fldChar w:fldCharType="begin"/>
            </w:r>
            <w:r>
              <w:rPr>
                <w:noProof/>
                <w:webHidden/>
              </w:rPr>
              <w:instrText xml:space="preserve"> PAGEREF _Toc231817800 \h </w:instrText>
            </w:r>
            <w:r>
              <w:rPr>
                <w:noProof/>
                <w:webHidden/>
              </w:rPr>
            </w:r>
            <w:r>
              <w:rPr>
                <w:noProof/>
                <w:webHidden/>
              </w:rPr>
              <w:fldChar w:fldCharType="separate"/>
            </w:r>
            <w:r>
              <w:rPr>
                <w:noProof/>
                <w:webHidden/>
              </w:rPr>
              <w:t>6</w:t>
            </w:r>
            <w:r>
              <w:rPr>
                <w:noProof/>
                <w:webHidden/>
              </w:rPr>
              <w:fldChar w:fldCharType="end"/>
            </w:r>
          </w:hyperlink>
        </w:p>
        <w:p w14:paraId="6075F88E" w14:textId="5D6A96E8" w:rsidR="00263D60" w:rsidRDefault="00263D60">
          <w:pPr>
            <w:pStyle w:val="TOC3"/>
            <w:tabs>
              <w:tab w:val="right" w:leader="dot" w:pos="9396"/>
            </w:tabs>
            <w:rPr>
              <w:noProof/>
              <w:kern w:val="2"/>
              <w:sz w:val="24"/>
              <w:szCs w:val="24"/>
              <w14:ligatures w14:val="standardContextual"/>
            </w:rPr>
          </w:pPr>
          <w:hyperlink w:anchor="_Toc231817801" w:history="1">
            <w:r w:rsidRPr="00FE6CC8">
              <w:rPr>
                <w:rStyle w:val="Hyperlink"/>
                <w:noProof/>
              </w:rPr>
              <w:t>Filters</w:t>
            </w:r>
            <w:r>
              <w:rPr>
                <w:noProof/>
                <w:webHidden/>
              </w:rPr>
              <w:tab/>
            </w:r>
            <w:r>
              <w:rPr>
                <w:noProof/>
                <w:webHidden/>
              </w:rPr>
              <w:fldChar w:fldCharType="begin"/>
            </w:r>
            <w:r>
              <w:rPr>
                <w:noProof/>
                <w:webHidden/>
              </w:rPr>
              <w:instrText xml:space="preserve"> PAGEREF _Toc231817801 \h </w:instrText>
            </w:r>
            <w:r>
              <w:rPr>
                <w:noProof/>
                <w:webHidden/>
              </w:rPr>
            </w:r>
            <w:r>
              <w:rPr>
                <w:noProof/>
                <w:webHidden/>
              </w:rPr>
              <w:fldChar w:fldCharType="separate"/>
            </w:r>
            <w:r>
              <w:rPr>
                <w:noProof/>
                <w:webHidden/>
              </w:rPr>
              <w:t>7</w:t>
            </w:r>
            <w:r>
              <w:rPr>
                <w:noProof/>
                <w:webHidden/>
              </w:rPr>
              <w:fldChar w:fldCharType="end"/>
            </w:r>
          </w:hyperlink>
        </w:p>
        <w:p w14:paraId="28CD4FE8" w14:textId="01CC5117" w:rsidR="00263D60" w:rsidRDefault="00263D60">
          <w:pPr>
            <w:pStyle w:val="TOC2"/>
            <w:tabs>
              <w:tab w:val="right" w:leader="dot" w:pos="9396"/>
            </w:tabs>
            <w:rPr>
              <w:noProof/>
              <w:kern w:val="2"/>
              <w:sz w:val="24"/>
              <w:szCs w:val="24"/>
              <w14:ligatures w14:val="standardContextual"/>
            </w:rPr>
          </w:pPr>
          <w:hyperlink w:anchor="_Toc231817802" w:history="1">
            <w:r w:rsidRPr="00FE6CC8">
              <w:rPr>
                <w:rStyle w:val="Hyperlink"/>
                <w:noProof/>
              </w:rPr>
              <w:t>Viewing an Inspection</w:t>
            </w:r>
            <w:r>
              <w:rPr>
                <w:noProof/>
                <w:webHidden/>
              </w:rPr>
              <w:tab/>
            </w:r>
            <w:r>
              <w:rPr>
                <w:noProof/>
                <w:webHidden/>
              </w:rPr>
              <w:fldChar w:fldCharType="begin"/>
            </w:r>
            <w:r>
              <w:rPr>
                <w:noProof/>
                <w:webHidden/>
              </w:rPr>
              <w:instrText xml:space="preserve"> PAGEREF _Toc231817802 \h </w:instrText>
            </w:r>
            <w:r>
              <w:rPr>
                <w:noProof/>
                <w:webHidden/>
              </w:rPr>
            </w:r>
            <w:r>
              <w:rPr>
                <w:noProof/>
                <w:webHidden/>
              </w:rPr>
              <w:fldChar w:fldCharType="separate"/>
            </w:r>
            <w:r>
              <w:rPr>
                <w:noProof/>
                <w:webHidden/>
              </w:rPr>
              <w:t>7</w:t>
            </w:r>
            <w:r>
              <w:rPr>
                <w:noProof/>
                <w:webHidden/>
              </w:rPr>
              <w:fldChar w:fldCharType="end"/>
            </w:r>
          </w:hyperlink>
        </w:p>
        <w:p w14:paraId="677F3578" w14:textId="06B23C32" w:rsidR="00263D60" w:rsidRDefault="00263D60">
          <w:pPr>
            <w:pStyle w:val="TOC2"/>
            <w:tabs>
              <w:tab w:val="right" w:leader="dot" w:pos="9396"/>
            </w:tabs>
            <w:rPr>
              <w:noProof/>
              <w:kern w:val="2"/>
              <w:sz w:val="24"/>
              <w:szCs w:val="24"/>
              <w14:ligatures w14:val="standardContextual"/>
            </w:rPr>
          </w:pPr>
          <w:hyperlink w:anchor="_Toc231817803" w:history="1">
            <w:r w:rsidRPr="00FE6CC8">
              <w:rPr>
                <w:rStyle w:val="Hyperlink"/>
                <w:noProof/>
              </w:rPr>
              <w:t>Exporting to PDF</w:t>
            </w:r>
            <w:r>
              <w:rPr>
                <w:noProof/>
                <w:webHidden/>
              </w:rPr>
              <w:tab/>
            </w:r>
            <w:r>
              <w:rPr>
                <w:noProof/>
                <w:webHidden/>
              </w:rPr>
              <w:fldChar w:fldCharType="begin"/>
            </w:r>
            <w:r>
              <w:rPr>
                <w:noProof/>
                <w:webHidden/>
              </w:rPr>
              <w:instrText xml:space="preserve"> PAGEREF _Toc231817803 \h </w:instrText>
            </w:r>
            <w:r>
              <w:rPr>
                <w:noProof/>
                <w:webHidden/>
              </w:rPr>
            </w:r>
            <w:r>
              <w:rPr>
                <w:noProof/>
                <w:webHidden/>
              </w:rPr>
              <w:fldChar w:fldCharType="separate"/>
            </w:r>
            <w:r>
              <w:rPr>
                <w:noProof/>
                <w:webHidden/>
              </w:rPr>
              <w:t>7</w:t>
            </w:r>
            <w:r>
              <w:rPr>
                <w:noProof/>
                <w:webHidden/>
              </w:rPr>
              <w:fldChar w:fldCharType="end"/>
            </w:r>
          </w:hyperlink>
        </w:p>
        <w:p w14:paraId="163333A8" w14:textId="0A7D4B18" w:rsidR="00263D60" w:rsidRDefault="00263D60">
          <w:pPr>
            <w:pStyle w:val="TOC1"/>
            <w:tabs>
              <w:tab w:val="right" w:leader="dot" w:pos="9396"/>
            </w:tabs>
            <w:rPr>
              <w:noProof/>
              <w:kern w:val="2"/>
              <w:sz w:val="24"/>
              <w:szCs w:val="24"/>
              <w14:ligatures w14:val="standardContextual"/>
            </w:rPr>
          </w:pPr>
          <w:hyperlink w:anchor="_Toc231817804" w:history="1">
            <w:r w:rsidRPr="00FE6CC8">
              <w:rPr>
                <w:rStyle w:val="Hyperlink"/>
                <w:noProof/>
              </w:rPr>
              <w:t>6.  Issues</w:t>
            </w:r>
            <w:r>
              <w:rPr>
                <w:noProof/>
                <w:webHidden/>
              </w:rPr>
              <w:tab/>
            </w:r>
            <w:r>
              <w:rPr>
                <w:noProof/>
                <w:webHidden/>
              </w:rPr>
              <w:fldChar w:fldCharType="begin"/>
            </w:r>
            <w:r>
              <w:rPr>
                <w:noProof/>
                <w:webHidden/>
              </w:rPr>
              <w:instrText xml:space="preserve"> PAGEREF _Toc231817804 \h </w:instrText>
            </w:r>
            <w:r>
              <w:rPr>
                <w:noProof/>
                <w:webHidden/>
              </w:rPr>
            </w:r>
            <w:r>
              <w:rPr>
                <w:noProof/>
                <w:webHidden/>
              </w:rPr>
              <w:fldChar w:fldCharType="separate"/>
            </w:r>
            <w:r>
              <w:rPr>
                <w:noProof/>
                <w:webHidden/>
              </w:rPr>
              <w:t>7</w:t>
            </w:r>
            <w:r>
              <w:rPr>
                <w:noProof/>
                <w:webHidden/>
              </w:rPr>
              <w:fldChar w:fldCharType="end"/>
            </w:r>
          </w:hyperlink>
        </w:p>
        <w:p w14:paraId="45517F8F" w14:textId="0CB65276" w:rsidR="00263D60" w:rsidRDefault="00263D60">
          <w:pPr>
            <w:pStyle w:val="TOC2"/>
            <w:tabs>
              <w:tab w:val="right" w:leader="dot" w:pos="9396"/>
            </w:tabs>
            <w:rPr>
              <w:noProof/>
              <w:kern w:val="2"/>
              <w:sz w:val="24"/>
              <w:szCs w:val="24"/>
              <w14:ligatures w14:val="standardContextual"/>
            </w:rPr>
          </w:pPr>
          <w:hyperlink w:anchor="_Toc231817805" w:history="1">
            <w:r w:rsidRPr="00FE6CC8">
              <w:rPr>
                <w:rStyle w:val="Hyperlink"/>
                <w:noProof/>
              </w:rPr>
              <w:t>Issues List</w:t>
            </w:r>
            <w:r>
              <w:rPr>
                <w:noProof/>
                <w:webHidden/>
              </w:rPr>
              <w:tab/>
            </w:r>
            <w:r>
              <w:rPr>
                <w:noProof/>
                <w:webHidden/>
              </w:rPr>
              <w:fldChar w:fldCharType="begin"/>
            </w:r>
            <w:r>
              <w:rPr>
                <w:noProof/>
                <w:webHidden/>
              </w:rPr>
              <w:instrText xml:space="preserve"> PAGEREF _Toc231817805 \h </w:instrText>
            </w:r>
            <w:r>
              <w:rPr>
                <w:noProof/>
                <w:webHidden/>
              </w:rPr>
            </w:r>
            <w:r>
              <w:rPr>
                <w:noProof/>
                <w:webHidden/>
              </w:rPr>
              <w:fldChar w:fldCharType="separate"/>
            </w:r>
            <w:r>
              <w:rPr>
                <w:noProof/>
                <w:webHidden/>
              </w:rPr>
              <w:t>7</w:t>
            </w:r>
            <w:r>
              <w:rPr>
                <w:noProof/>
                <w:webHidden/>
              </w:rPr>
              <w:fldChar w:fldCharType="end"/>
            </w:r>
          </w:hyperlink>
        </w:p>
        <w:p w14:paraId="62976E62" w14:textId="3B5A3DE6" w:rsidR="00263D60" w:rsidRDefault="00263D60">
          <w:pPr>
            <w:pStyle w:val="TOC3"/>
            <w:tabs>
              <w:tab w:val="right" w:leader="dot" w:pos="9396"/>
            </w:tabs>
            <w:rPr>
              <w:noProof/>
              <w:kern w:val="2"/>
              <w:sz w:val="24"/>
              <w:szCs w:val="24"/>
              <w14:ligatures w14:val="standardContextual"/>
            </w:rPr>
          </w:pPr>
          <w:hyperlink w:anchor="_Toc231817806" w:history="1">
            <w:r w:rsidRPr="00FE6CC8">
              <w:rPr>
                <w:rStyle w:val="Hyperlink"/>
                <w:noProof/>
              </w:rPr>
              <w:t>Columns</w:t>
            </w:r>
            <w:r>
              <w:rPr>
                <w:noProof/>
                <w:webHidden/>
              </w:rPr>
              <w:tab/>
            </w:r>
            <w:r>
              <w:rPr>
                <w:noProof/>
                <w:webHidden/>
              </w:rPr>
              <w:fldChar w:fldCharType="begin"/>
            </w:r>
            <w:r>
              <w:rPr>
                <w:noProof/>
                <w:webHidden/>
              </w:rPr>
              <w:instrText xml:space="preserve"> PAGEREF _Toc231817806 \h </w:instrText>
            </w:r>
            <w:r>
              <w:rPr>
                <w:noProof/>
                <w:webHidden/>
              </w:rPr>
            </w:r>
            <w:r>
              <w:rPr>
                <w:noProof/>
                <w:webHidden/>
              </w:rPr>
              <w:fldChar w:fldCharType="separate"/>
            </w:r>
            <w:r>
              <w:rPr>
                <w:noProof/>
                <w:webHidden/>
              </w:rPr>
              <w:t>7</w:t>
            </w:r>
            <w:r>
              <w:rPr>
                <w:noProof/>
                <w:webHidden/>
              </w:rPr>
              <w:fldChar w:fldCharType="end"/>
            </w:r>
          </w:hyperlink>
        </w:p>
        <w:p w14:paraId="667292D8" w14:textId="3E6038EA" w:rsidR="00263D60" w:rsidRDefault="00263D60">
          <w:pPr>
            <w:pStyle w:val="TOC3"/>
            <w:tabs>
              <w:tab w:val="right" w:leader="dot" w:pos="9396"/>
            </w:tabs>
            <w:rPr>
              <w:noProof/>
              <w:kern w:val="2"/>
              <w:sz w:val="24"/>
              <w:szCs w:val="24"/>
              <w14:ligatures w14:val="standardContextual"/>
            </w:rPr>
          </w:pPr>
          <w:hyperlink w:anchor="_Toc231817807" w:history="1">
            <w:r w:rsidRPr="00FE6CC8">
              <w:rPr>
                <w:rStyle w:val="Hyperlink"/>
                <w:noProof/>
              </w:rPr>
              <w:t>Severity Levels</w:t>
            </w:r>
            <w:r>
              <w:rPr>
                <w:noProof/>
                <w:webHidden/>
              </w:rPr>
              <w:tab/>
            </w:r>
            <w:r>
              <w:rPr>
                <w:noProof/>
                <w:webHidden/>
              </w:rPr>
              <w:fldChar w:fldCharType="begin"/>
            </w:r>
            <w:r>
              <w:rPr>
                <w:noProof/>
                <w:webHidden/>
              </w:rPr>
              <w:instrText xml:space="preserve"> PAGEREF _Toc231817807 \h </w:instrText>
            </w:r>
            <w:r>
              <w:rPr>
                <w:noProof/>
                <w:webHidden/>
              </w:rPr>
            </w:r>
            <w:r>
              <w:rPr>
                <w:noProof/>
                <w:webHidden/>
              </w:rPr>
              <w:fldChar w:fldCharType="separate"/>
            </w:r>
            <w:r>
              <w:rPr>
                <w:noProof/>
                <w:webHidden/>
              </w:rPr>
              <w:t>8</w:t>
            </w:r>
            <w:r>
              <w:rPr>
                <w:noProof/>
                <w:webHidden/>
              </w:rPr>
              <w:fldChar w:fldCharType="end"/>
            </w:r>
          </w:hyperlink>
        </w:p>
        <w:p w14:paraId="5478623A" w14:textId="62271CA9" w:rsidR="00263D60" w:rsidRDefault="00263D60">
          <w:pPr>
            <w:pStyle w:val="TOC3"/>
            <w:tabs>
              <w:tab w:val="right" w:leader="dot" w:pos="9396"/>
            </w:tabs>
            <w:rPr>
              <w:noProof/>
              <w:kern w:val="2"/>
              <w:sz w:val="24"/>
              <w:szCs w:val="24"/>
              <w14:ligatures w14:val="standardContextual"/>
            </w:rPr>
          </w:pPr>
          <w:hyperlink w:anchor="_Toc231817808" w:history="1">
            <w:r w:rsidRPr="00FE6CC8">
              <w:rPr>
                <w:rStyle w:val="Hyperlink"/>
                <w:noProof/>
              </w:rPr>
              <w:t>Filters</w:t>
            </w:r>
            <w:r>
              <w:rPr>
                <w:noProof/>
                <w:webHidden/>
              </w:rPr>
              <w:tab/>
            </w:r>
            <w:r>
              <w:rPr>
                <w:noProof/>
                <w:webHidden/>
              </w:rPr>
              <w:fldChar w:fldCharType="begin"/>
            </w:r>
            <w:r>
              <w:rPr>
                <w:noProof/>
                <w:webHidden/>
              </w:rPr>
              <w:instrText xml:space="preserve"> PAGEREF _Toc231817808 \h </w:instrText>
            </w:r>
            <w:r>
              <w:rPr>
                <w:noProof/>
                <w:webHidden/>
              </w:rPr>
            </w:r>
            <w:r>
              <w:rPr>
                <w:noProof/>
                <w:webHidden/>
              </w:rPr>
              <w:fldChar w:fldCharType="separate"/>
            </w:r>
            <w:r>
              <w:rPr>
                <w:noProof/>
                <w:webHidden/>
              </w:rPr>
              <w:t>8</w:t>
            </w:r>
            <w:r>
              <w:rPr>
                <w:noProof/>
                <w:webHidden/>
              </w:rPr>
              <w:fldChar w:fldCharType="end"/>
            </w:r>
          </w:hyperlink>
        </w:p>
        <w:p w14:paraId="295D2B48" w14:textId="77819EC6" w:rsidR="00263D60" w:rsidRDefault="00263D60">
          <w:pPr>
            <w:pStyle w:val="TOC3"/>
            <w:tabs>
              <w:tab w:val="right" w:leader="dot" w:pos="9396"/>
            </w:tabs>
            <w:rPr>
              <w:noProof/>
              <w:kern w:val="2"/>
              <w:sz w:val="24"/>
              <w:szCs w:val="24"/>
              <w14:ligatures w14:val="standardContextual"/>
            </w:rPr>
          </w:pPr>
          <w:hyperlink w:anchor="_Toc231817809" w:history="1">
            <w:r w:rsidRPr="00FE6CC8">
              <w:rPr>
                <w:rStyle w:val="Hyperlink"/>
                <w:noProof/>
              </w:rPr>
              <w:t>Row Color Coding</w:t>
            </w:r>
            <w:r>
              <w:rPr>
                <w:noProof/>
                <w:webHidden/>
              </w:rPr>
              <w:tab/>
            </w:r>
            <w:r>
              <w:rPr>
                <w:noProof/>
                <w:webHidden/>
              </w:rPr>
              <w:fldChar w:fldCharType="begin"/>
            </w:r>
            <w:r>
              <w:rPr>
                <w:noProof/>
                <w:webHidden/>
              </w:rPr>
              <w:instrText xml:space="preserve"> PAGEREF _Toc231817809 \h </w:instrText>
            </w:r>
            <w:r>
              <w:rPr>
                <w:noProof/>
                <w:webHidden/>
              </w:rPr>
            </w:r>
            <w:r>
              <w:rPr>
                <w:noProof/>
                <w:webHidden/>
              </w:rPr>
              <w:fldChar w:fldCharType="separate"/>
            </w:r>
            <w:r>
              <w:rPr>
                <w:noProof/>
                <w:webHidden/>
              </w:rPr>
              <w:t>8</w:t>
            </w:r>
            <w:r>
              <w:rPr>
                <w:noProof/>
                <w:webHidden/>
              </w:rPr>
              <w:fldChar w:fldCharType="end"/>
            </w:r>
          </w:hyperlink>
        </w:p>
        <w:p w14:paraId="76522552" w14:textId="3906A2C5" w:rsidR="00263D60" w:rsidRDefault="00263D60">
          <w:pPr>
            <w:pStyle w:val="TOC2"/>
            <w:tabs>
              <w:tab w:val="right" w:leader="dot" w:pos="9396"/>
            </w:tabs>
            <w:rPr>
              <w:noProof/>
              <w:kern w:val="2"/>
              <w:sz w:val="24"/>
              <w:szCs w:val="24"/>
              <w14:ligatures w14:val="standardContextual"/>
            </w:rPr>
          </w:pPr>
          <w:hyperlink w:anchor="_Toc231817810" w:history="1">
            <w:r w:rsidRPr="00FE6CC8">
              <w:rPr>
                <w:rStyle w:val="Hyperlink"/>
                <w:noProof/>
              </w:rPr>
              <w:t>Viewing an Issue</w:t>
            </w:r>
            <w:r>
              <w:rPr>
                <w:noProof/>
                <w:webHidden/>
              </w:rPr>
              <w:tab/>
            </w:r>
            <w:r>
              <w:rPr>
                <w:noProof/>
                <w:webHidden/>
              </w:rPr>
              <w:fldChar w:fldCharType="begin"/>
            </w:r>
            <w:r>
              <w:rPr>
                <w:noProof/>
                <w:webHidden/>
              </w:rPr>
              <w:instrText xml:space="preserve"> PAGEREF _Toc231817810 \h </w:instrText>
            </w:r>
            <w:r>
              <w:rPr>
                <w:noProof/>
                <w:webHidden/>
              </w:rPr>
            </w:r>
            <w:r>
              <w:rPr>
                <w:noProof/>
                <w:webHidden/>
              </w:rPr>
              <w:fldChar w:fldCharType="separate"/>
            </w:r>
            <w:r>
              <w:rPr>
                <w:noProof/>
                <w:webHidden/>
              </w:rPr>
              <w:t>8</w:t>
            </w:r>
            <w:r>
              <w:rPr>
                <w:noProof/>
                <w:webHidden/>
              </w:rPr>
              <w:fldChar w:fldCharType="end"/>
            </w:r>
          </w:hyperlink>
        </w:p>
        <w:p w14:paraId="486EB585" w14:textId="4C1F8B53" w:rsidR="00263D60" w:rsidRDefault="00263D60">
          <w:pPr>
            <w:pStyle w:val="TOC2"/>
            <w:tabs>
              <w:tab w:val="right" w:leader="dot" w:pos="9396"/>
            </w:tabs>
            <w:rPr>
              <w:noProof/>
              <w:kern w:val="2"/>
              <w:sz w:val="24"/>
              <w:szCs w:val="24"/>
              <w14:ligatures w14:val="standardContextual"/>
            </w:rPr>
          </w:pPr>
          <w:hyperlink w:anchor="_Toc231817811" w:history="1">
            <w:r w:rsidRPr="00FE6CC8">
              <w:rPr>
                <w:rStyle w:val="Hyperlink"/>
                <w:noProof/>
              </w:rPr>
              <w:t>Following an Issue</w:t>
            </w:r>
            <w:r>
              <w:rPr>
                <w:noProof/>
                <w:webHidden/>
              </w:rPr>
              <w:tab/>
            </w:r>
            <w:r>
              <w:rPr>
                <w:noProof/>
                <w:webHidden/>
              </w:rPr>
              <w:fldChar w:fldCharType="begin"/>
            </w:r>
            <w:r>
              <w:rPr>
                <w:noProof/>
                <w:webHidden/>
              </w:rPr>
              <w:instrText xml:space="preserve"> PAGEREF _Toc231817811 \h </w:instrText>
            </w:r>
            <w:r>
              <w:rPr>
                <w:noProof/>
                <w:webHidden/>
              </w:rPr>
            </w:r>
            <w:r>
              <w:rPr>
                <w:noProof/>
                <w:webHidden/>
              </w:rPr>
              <w:fldChar w:fldCharType="separate"/>
            </w:r>
            <w:r>
              <w:rPr>
                <w:noProof/>
                <w:webHidden/>
              </w:rPr>
              <w:t>9</w:t>
            </w:r>
            <w:r>
              <w:rPr>
                <w:noProof/>
                <w:webHidden/>
              </w:rPr>
              <w:fldChar w:fldCharType="end"/>
            </w:r>
          </w:hyperlink>
        </w:p>
        <w:p w14:paraId="5A369D89" w14:textId="7992934F" w:rsidR="00263D60" w:rsidRDefault="00263D60">
          <w:pPr>
            <w:pStyle w:val="TOC1"/>
            <w:tabs>
              <w:tab w:val="right" w:leader="dot" w:pos="9396"/>
            </w:tabs>
            <w:rPr>
              <w:noProof/>
              <w:kern w:val="2"/>
              <w:sz w:val="24"/>
              <w:szCs w:val="24"/>
              <w14:ligatures w14:val="standardContextual"/>
            </w:rPr>
          </w:pPr>
          <w:hyperlink w:anchor="_Toc231817812" w:history="1">
            <w:r w:rsidRPr="00FE6CC8">
              <w:rPr>
                <w:rStyle w:val="Hyperlink"/>
                <w:noProof/>
              </w:rPr>
              <w:t>7.  Reports &amp; Analytics</w:t>
            </w:r>
            <w:r>
              <w:rPr>
                <w:noProof/>
                <w:webHidden/>
              </w:rPr>
              <w:tab/>
            </w:r>
            <w:r>
              <w:rPr>
                <w:noProof/>
                <w:webHidden/>
              </w:rPr>
              <w:fldChar w:fldCharType="begin"/>
            </w:r>
            <w:r>
              <w:rPr>
                <w:noProof/>
                <w:webHidden/>
              </w:rPr>
              <w:instrText xml:space="preserve"> PAGEREF _Toc231817812 \h </w:instrText>
            </w:r>
            <w:r>
              <w:rPr>
                <w:noProof/>
                <w:webHidden/>
              </w:rPr>
            </w:r>
            <w:r>
              <w:rPr>
                <w:noProof/>
                <w:webHidden/>
              </w:rPr>
              <w:fldChar w:fldCharType="separate"/>
            </w:r>
            <w:r>
              <w:rPr>
                <w:noProof/>
                <w:webHidden/>
              </w:rPr>
              <w:t>9</w:t>
            </w:r>
            <w:r>
              <w:rPr>
                <w:noProof/>
                <w:webHidden/>
              </w:rPr>
              <w:fldChar w:fldCharType="end"/>
            </w:r>
          </w:hyperlink>
        </w:p>
        <w:p w14:paraId="7C467206" w14:textId="7BAF4BFD" w:rsidR="00263D60" w:rsidRDefault="00263D60">
          <w:pPr>
            <w:pStyle w:val="TOC2"/>
            <w:tabs>
              <w:tab w:val="right" w:leader="dot" w:pos="9396"/>
            </w:tabs>
            <w:rPr>
              <w:noProof/>
              <w:kern w:val="2"/>
              <w:sz w:val="24"/>
              <w:szCs w:val="24"/>
              <w14:ligatures w14:val="standardContextual"/>
            </w:rPr>
          </w:pPr>
          <w:hyperlink w:anchor="_Toc231817813" w:history="1">
            <w:r w:rsidRPr="00FE6CC8">
              <w:rPr>
                <w:rStyle w:val="Hyperlink"/>
                <w:noProof/>
              </w:rPr>
              <w:t>Overview Dashboard</w:t>
            </w:r>
            <w:r>
              <w:rPr>
                <w:noProof/>
                <w:webHidden/>
              </w:rPr>
              <w:tab/>
            </w:r>
            <w:r>
              <w:rPr>
                <w:noProof/>
                <w:webHidden/>
              </w:rPr>
              <w:fldChar w:fldCharType="begin"/>
            </w:r>
            <w:r>
              <w:rPr>
                <w:noProof/>
                <w:webHidden/>
              </w:rPr>
              <w:instrText xml:space="preserve"> PAGEREF _Toc231817813 \h </w:instrText>
            </w:r>
            <w:r>
              <w:rPr>
                <w:noProof/>
                <w:webHidden/>
              </w:rPr>
            </w:r>
            <w:r>
              <w:rPr>
                <w:noProof/>
                <w:webHidden/>
              </w:rPr>
              <w:fldChar w:fldCharType="separate"/>
            </w:r>
            <w:r>
              <w:rPr>
                <w:noProof/>
                <w:webHidden/>
              </w:rPr>
              <w:t>9</w:t>
            </w:r>
            <w:r>
              <w:rPr>
                <w:noProof/>
                <w:webHidden/>
              </w:rPr>
              <w:fldChar w:fldCharType="end"/>
            </w:r>
          </w:hyperlink>
        </w:p>
        <w:p w14:paraId="3591478B" w14:textId="053F06E1" w:rsidR="00263D60" w:rsidRDefault="00263D60">
          <w:pPr>
            <w:pStyle w:val="TOC3"/>
            <w:tabs>
              <w:tab w:val="right" w:leader="dot" w:pos="9396"/>
            </w:tabs>
            <w:rPr>
              <w:noProof/>
              <w:kern w:val="2"/>
              <w:sz w:val="24"/>
              <w:szCs w:val="24"/>
              <w14:ligatures w14:val="standardContextual"/>
            </w:rPr>
          </w:pPr>
          <w:hyperlink w:anchor="_Toc231817814" w:history="1">
            <w:r w:rsidRPr="00FE6CC8">
              <w:rPr>
                <w:rStyle w:val="Hyperlink"/>
                <w:noProof/>
              </w:rPr>
              <w:t>Date Range Filter</w:t>
            </w:r>
            <w:r>
              <w:rPr>
                <w:noProof/>
                <w:webHidden/>
              </w:rPr>
              <w:tab/>
            </w:r>
            <w:r>
              <w:rPr>
                <w:noProof/>
                <w:webHidden/>
              </w:rPr>
              <w:fldChar w:fldCharType="begin"/>
            </w:r>
            <w:r>
              <w:rPr>
                <w:noProof/>
                <w:webHidden/>
              </w:rPr>
              <w:instrText xml:space="preserve"> PAGEREF _Toc231817814 \h </w:instrText>
            </w:r>
            <w:r>
              <w:rPr>
                <w:noProof/>
                <w:webHidden/>
              </w:rPr>
            </w:r>
            <w:r>
              <w:rPr>
                <w:noProof/>
                <w:webHidden/>
              </w:rPr>
              <w:fldChar w:fldCharType="separate"/>
            </w:r>
            <w:r>
              <w:rPr>
                <w:noProof/>
                <w:webHidden/>
              </w:rPr>
              <w:t>9</w:t>
            </w:r>
            <w:r>
              <w:rPr>
                <w:noProof/>
                <w:webHidden/>
              </w:rPr>
              <w:fldChar w:fldCharType="end"/>
            </w:r>
          </w:hyperlink>
        </w:p>
        <w:p w14:paraId="2172609C" w14:textId="7CB55C0F" w:rsidR="00263D60" w:rsidRDefault="00263D60">
          <w:pPr>
            <w:pStyle w:val="TOC3"/>
            <w:tabs>
              <w:tab w:val="right" w:leader="dot" w:pos="9396"/>
            </w:tabs>
            <w:rPr>
              <w:noProof/>
              <w:kern w:val="2"/>
              <w:sz w:val="24"/>
              <w:szCs w:val="24"/>
              <w14:ligatures w14:val="standardContextual"/>
            </w:rPr>
          </w:pPr>
          <w:hyperlink w:anchor="_Toc231817815" w:history="1">
            <w:r w:rsidRPr="00FE6CC8">
              <w:rPr>
                <w:rStyle w:val="Hyperlink"/>
                <w:noProof/>
              </w:rPr>
              <w:t>KPI Cards</w:t>
            </w:r>
            <w:r>
              <w:rPr>
                <w:noProof/>
                <w:webHidden/>
              </w:rPr>
              <w:tab/>
            </w:r>
            <w:r>
              <w:rPr>
                <w:noProof/>
                <w:webHidden/>
              </w:rPr>
              <w:fldChar w:fldCharType="begin"/>
            </w:r>
            <w:r>
              <w:rPr>
                <w:noProof/>
                <w:webHidden/>
              </w:rPr>
              <w:instrText xml:space="preserve"> PAGEREF _Toc231817815 \h </w:instrText>
            </w:r>
            <w:r>
              <w:rPr>
                <w:noProof/>
                <w:webHidden/>
              </w:rPr>
            </w:r>
            <w:r>
              <w:rPr>
                <w:noProof/>
                <w:webHidden/>
              </w:rPr>
              <w:fldChar w:fldCharType="separate"/>
            </w:r>
            <w:r>
              <w:rPr>
                <w:noProof/>
                <w:webHidden/>
              </w:rPr>
              <w:t>9</w:t>
            </w:r>
            <w:r>
              <w:rPr>
                <w:noProof/>
                <w:webHidden/>
              </w:rPr>
              <w:fldChar w:fldCharType="end"/>
            </w:r>
          </w:hyperlink>
        </w:p>
        <w:p w14:paraId="3BF11498" w14:textId="23167CFA" w:rsidR="00263D60" w:rsidRDefault="00263D60">
          <w:pPr>
            <w:pStyle w:val="TOC3"/>
            <w:tabs>
              <w:tab w:val="right" w:leader="dot" w:pos="9396"/>
            </w:tabs>
            <w:rPr>
              <w:noProof/>
              <w:kern w:val="2"/>
              <w:sz w:val="24"/>
              <w:szCs w:val="24"/>
              <w14:ligatures w14:val="standardContextual"/>
            </w:rPr>
          </w:pPr>
          <w:hyperlink w:anchor="_Toc231817816" w:history="1">
            <w:r w:rsidRPr="00FE6CC8">
              <w:rPr>
                <w:rStyle w:val="Hyperlink"/>
                <w:noProof/>
              </w:rPr>
              <w:t>Charts</w:t>
            </w:r>
            <w:r>
              <w:rPr>
                <w:noProof/>
                <w:webHidden/>
              </w:rPr>
              <w:tab/>
            </w:r>
            <w:r>
              <w:rPr>
                <w:noProof/>
                <w:webHidden/>
              </w:rPr>
              <w:fldChar w:fldCharType="begin"/>
            </w:r>
            <w:r>
              <w:rPr>
                <w:noProof/>
                <w:webHidden/>
              </w:rPr>
              <w:instrText xml:space="preserve"> PAGEREF _Toc231817816 \h </w:instrText>
            </w:r>
            <w:r>
              <w:rPr>
                <w:noProof/>
                <w:webHidden/>
              </w:rPr>
            </w:r>
            <w:r>
              <w:rPr>
                <w:noProof/>
                <w:webHidden/>
              </w:rPr>
              <w:fldChar w:fldCharType="separate"/>
            </w:r>
            <w:r>
              <w:rPr>
                <w:noProof/>
                <w:webHidden/>
              </w:rPr>
              <w:t>9</w:t>
            </w:r>
            <w:r>
              <w:rPr>
                <w:noProof/>
                <w:webHidden/>
              </w:rPr>
              <w:fldChar w:fldCharType="end"/>
            </w:r>
          </w:hyperlink>
        </w:p>
        <w:p w14:paraId="2AAFCF7B" w14:textId="1A2DE2DC" w:rsidR="00263D60" w:rsidRDefault="00263D60">
          <w:pPr>
            <w:pStyle w:val="TOC3"/>
            <w:tabs>
              <w:tab w:val="right" w:leader="dot" w:pos="9396"/>
            </w:tabs>
            <w:rPr>
              <w:noProof/>
              <w:kern w:val="2"/>
              <w:sz w:val="24"/>
              <w:szCs w:val="24"/>
              <w14:ligatures w14:val="standardContextual"/>
            </w:rPr>
          </w:pPr>
          <w:hyperlink w:anchor="_Toc231817817" w:history="1">
            <w:r w:rsidRPr="00FE6CC8">
              <w:rPr>
                <w:rStyle w:val="Hyperlink"/>
                <w:noProof/>
              </w:rPr>
              <w:t>Open Critical / High Issues Table</w:t>
            </w:r>
            <w:r>
              <w:rPr>
                <w:noProof/>
                <w:webHidden/>
              </w:rPr>
              <w:tab/>
            </w:r>
            <w:r>
              <w:rPr>
                <w:noProof/>
                <w:webHidden/>
              </w:rPr>
              <w:fldChar w:fldCharType="begin"/>
            </w:r>
            <w:r>
              <w:rPr>
                <w:noProof/>
                <w:webHidden/>
              </w:rPr>
              <w:instrText xml:space="preserve"> PAGEREF _Toc231817817 \h </w:instrText>
            </w:r>
            <w:r>
              <w:rPr>
                <w:noProof/>
                <w:webHidden/>
              </w:rPr>
            </w:r>
            <w:r>
              <w:rPr>
                <w:noProof/>
                <w:webHidden/>
              </w:rPr>
              <w:fldChar w:fldCharType="separate"/>
            </w:r>
            <w:r>
              <w:rPr>
                <w:noProof/>
                <w:webHidden/>
              </w:rPr>
              <w:t>10</w:t>
            </w:r>
            <w:r>
              <w:rPr>
                <w:noProof/>
                <w:webHidden/>
              </w:rPr>
              <w:fldChar w:fldCharType="end"/>
            </w:r>
          </w:hyperlink>
        </w:p>
        <w:p w14:paraId="35B7675E" w14:textId="4FF274D6" w:rsidR="00263D60" w:rsidRDefault="00263D60">
          <w:pPr>
            <w:pStyle w:val="TOC2"/>
            <w:tabs>
              <w:tab w:val="right" w:leader="dot" w:pos="9396"/>
            </w:tabs>
            <w:rPr>
              <w:noProof/>
              <w:kern w:val="2"/>
              <w:sz w:val="24"/>
              <w:szCs w:val="24"/>
              <w14:ligatures w14:val="standardContextual"/>
            </w:rPr>
          </w:pPr>
          <w:hyperlink w:anchor="_Toc231817818" w:history="1">
            <w:r w:rsidRPr="00FE6CC8">
              <w:rPr>
                <w:rStyle w:val="Hyperlink"/>
                <w:noProof/>
              </w:rPr>
              <w:t>Export to CSV</w:t>
            </w:r>
            <w:r>
              <w:rPr>
                <w:noProof/>
                <w:webHidden/>
              </w:rPr>
              <w:tab/>
            </w:r>
            <w:r>
              <w:rPr>
                <w:noProof/>
                <w:webHidden/>
              </w:rPr>
              <w:fldChar w:fldCharType="begin"/>
            </w:r>
            <w:r>
              <w:rPr>
                <w:noProof/>
                <w:webHidden/>
              </w:rPr>
              <w:instrText xml:space="preserve"> PAGEREF _Toc231817818 \h </w:instrText>
            </w:r>
            <w:r>
              <w:rPr>
                <w:noProof/>
                <w:webHidden/>
              </w:rPr>
            </w:r>
            <w:r>
              <w:rPr>
                <w:noProof/>
                <w:webHidden/>
              </w:rPr>
              <w:fldChar w:fldCharType="separate"/>
            </w:r>
            <w:r>
              <w:rPr>
                <w:noProof/>
                <w:webHidden/>
              </w:rPr>
              <w:t>10</w:t>
            </w:r>
            <w:r>
              <w:rPr>
                <w:noProof/>
                <w:webHidden/>
              </w:rPr>
              <w:fldChar w:fldCharType="end"/>
            </w:r>
          </w:hyperlink>
        </w:p>
        <w:p w14:paraId="58055824" w14:textId="76351A5A" w:rsidR="00263D60" w:rsidRDefault="00263D60">
          <w:pPr>
            <w:pStyle w:val="TOC2"/>
            <w:tabs>
              <w:tab w:val="right" w:leader="dot" w:pos="9396"/>
            </w:tabs>
            <w:rPr>
              <w:noProof/>
              <w:kern w:val="2"/>
              <w:sz w:val="24"/>
              <w:szCs w:val="24"/>
              <w14:ligatures w14:val="standardContextual"/>
            </w:rPr>
          </w:pPr>
          <w:hyperlink w:anchor="_Toc231817819" w:history="1">
            <w:r w:rsidRPr="00FE6CC8">
              <w:rPr>
                <w:rStyle w:val="Hyperlink"/>
                <w:noProof/>
              </w:rPr>
              <w:t>Facility Report</w:t>
            </w:r>
            <w:r>
              <w:rPr>
                <w:noProof/>
                <w:webHidden/>
              </w:rPr>
              <w:tab/>
            </w:r>
            <w:r>
              <w:rPr>
                <w:noProof/>
                <w:webHidden/>
              </w:rPr>
              <w:fldChar w:fldCharType="begin"/>
            </w:r>
            <w:r>
              <w:rPr>
                <w:noProof/>
                <w:webHidden/>
              </w:rPr>
              <w:instrText xml:space="preserve"> PAGEREF _Toc231817819 \h </w:instrText>
            </w:r>
            <w:r>
              <w:rPr>
                <w:noProof/>
                <w:webHidden/>
              </w:rPr>
            </w:r>
            <w:r>
              <w:rPr>
                <w:noProof/>
                <w:webHidden/>
              </w:rPr>
              <w:fldChar w:fldCharType="separate"/>
            </w:r>
            <w:r>
              <w:rPr>
                <w:noProof/>
                <w:webHidden/>
              </w:rPr>
              <w:t>10</w:t>
            </w:r>
            <w:r>
              <w:rPr>
                <w:noProof/>
                <w:webHidden/>
              </w:rPr>
              <w:fldChar w:fldCharType="end"/>
            </w:r>
          </w:hyperlink>
        </w:p>
        <w:p w14:paraId="6013327F" w14:textId="47F22F27" w:rsidR="00263D60" w:rsidRDefault="00263D60">
          <w:pPr>
            <w:pStyle w:val="TOC2"/>
            <w:tabs>
              <w:tab w:val="right" w:leader="dot" w:pos="9396"/>
            </w:tabs>
            <w:rPr>
              <w:noProof/>
              <w:kern w:val="2"/>
              <w:sz w:val="24"/>
              <w:szCs w:val="24"/>
              <w14:ligatures w14:val="standardContextual"/>
            </w:rPr>
          </w:pPr>
          <w:hyperlink w:anchor="_Toc231817820" w:history="1">
            <w:r w:rsidRPr="00FE6CC8">
              <w:rPr>
                <w:rStyle w:val="Hyperlink"/>
                <w:noProof/>
              </w:rPr>
              <w:t>Facility Scorecard</w:t>
            </w:r>
            <w:r>
              <w:rPr>
                <w:noProof/>
                <w:webHidden/>
              </w:rPr>
              <w:tab/>
            </w:r>
            <w:r>
              <w:rPr>
                <w:noProof/>
                <w:webHidden/>
              </w:rPr>
              <w:fldChar w:fldCharType="begin"/>
            </w:r>
            <w:r>
              <w:rPr>
                <w:noProof/>
                <w:webHidden/>
              </w:rPr>
              <w:instrText xml:space="preserve"> PAGEREF _Toc231817820 \h </w:instrText>
            </w:r>
            <w:r>
              <w:rPr>
                <w:noProof/>
                <w:webHidden/>
              </w:rPr>
            </w:r>
            <w:r>
              <w:rPr>
                <w:noProof/>
                <w:webHidden/>
              </w:rPr>
              <w:fldChar w:fldCharType="separate"/>
            </w:r>
            <w:r>
              <w:rPr>
                <w:noProof/>
                <w:webHidden/>
              </w:rPr>
              <w:t>10</w:t>
            </w:r>
            <w:r>
              <w:rPr>
                <w:noProof/>
                <w:webHidden/>
              </w:rPr>
              <w:fldChar w:fldCharType="end"/>
            </w:r>
          </w:hyperlink>
        </w:p>
        <w:p w14:paraId="5B850EAC" w14:textId="11A4F4D5" w:rsidR="00263D60" w:rsidRDefault="00263D60">
          <w:pPr>
            <w:pStyle w:val="TOC1"/>
            <w:tabs>
              <w:tab w:val="right" w:leader="dot" w:pos="9396"/>
            </w:tabs>
            <w:rPr>
              <w:noProof/>
              <w:kern w:val="2"/>
              <w:sz w:val="24"/>
              <w:szCs w:val="24"/>
              <w14:ligatures w14:val="standardContextual"/>
            </w:rPr>
          </w:pPr>
          <w:hyperlink w:anchor="_Toc231817821" w:history="1">
            <w:r w:rsidRPr="00FE6CC8">
              <w:rPr>
                <w:rStyle w:val="Hyperlink"/>
                <w:noProof/>
              </w:rPr>
              <w:t>8.  Notifications</w:t>
            </w:r>
            <w:r>
              <w:rPr>
                <w:noProof/>
                <w:webHidden/>
              </w:rPr>
              <w:tab/>
            </w:r>
            <w:r>
              <w:rPr>
                <w:noProof/>
                <w:webHidden/>
              </w:rPr>
              <w:fldChar w:fldCharType="begin"/>
            </w:r>
            <w:r>
              <w:rPr>
                <w:noProof/>
                <w:webHidden/>
              </w:rPr>
              <w:instrText xml:space="preserve"> PAGEREF _Toc231817821 \h </w:instrText>
            </w:r>
            <w:r>
              <w:rPr>
                <w:noProof/>
                <w:webHidden/>
              </w:rPr>
            </w:r>
            <w:r>
              <w:rPr>
                <w:noProof/>
                <w:webHidden/>
              </w:rPr>
              <w:fldChar w:fldCharType="separate"/>
            </w:r>
            <w:r>
              <w:rPr>
                <w:noProof/>
                <w:webHidden/>
              </w:rPr>
              <w:t>10</w:t>
            </w:r>
            <w:r>
              <w:rPr>
                <w:noProof/>
                <w:webHidden/>
              </w:rPr>
              <w:fldChar w:fldCharType="end"/>
            </w:r>
          </w:hyperlink>
        </w:p>
        <w:p w14:paraId="1A90C2D7" w14:textId="4B5E7C1F" w:rsidR="00263D60" w:rsidRDefault="00263D60">
          <w:pPr>
            <w:pStyle w:val="TOC2"/>
            <w:tabs>
              <w:tab w:val="right" w:leader="dot" w:pos="9396"/>
            </w:tabs>
            <w:rPr>
              <w:noProof/>
              <w:kern w:val="2"/>
              <w:sz w:val="24"/>
              <w:szCs w:val="24"/>
              <w14:ligatures w14:val="standardContextual"/>
            </w:rPr>
          </w:pPr>
          <w:hyperlink w:anchor="_Toc231817822" w:history="1">
            <w:r w:rsidRPr="00FE6CC8">
              <w:rPr>
                <w:rStyle w:val="Hyperlink"/>
                <w:noProof/>
              </w:rPr>
              <w:t>Notification Bell</w:t>
            </w:r>
            <w:r>
              <w:rPr>
                <w:noProof/>
                <w:webHidden/>
              </w:rPr>
              <w:tab/>
            </w:r>
            <w:r>
              <w:rPr>
                <w:noProof/>
                <w:webHidden/>
              </w:rPr>
              <w:fldChar w:fldCharType="begin"/>
            </w:r>
            <w:r>
              <w:rPr>
                <w:noProof/>
                <w:webHidden/>
              </w:rPr>
              <w:instrText xml:space="preserve"> PAGEREF _Toc231817822 \h </w:instrText>
            </w:r>
            <w:r>
              <w:rPr>
                <w:noProof/>
                <w:webHidden/>
              </w:rPr>
            </w:r>
            <w:r>
              <w:rPr>
                <w:noProof/>
                <w:webHidden/>
              </w:rPr>
              <w:fldChar w:fldCharType="separate"/>
            </w:r>
            <w:r>
              <w:rPr>
                <w:noProof/>
                <w:webHidden/>
              </w:rPr>
              <w:t>11</w:t>
            </w:r>
            <w:r>
              <w:rPr>
                <w:noProof/>
                <w:webHidden/>
              </w:rPr>
              <w:fldChar w:fldCharType="end"/>
            </w:r>
          </w:hyperlink>
        </w:p>
        <w:p w14:paraId="3E8F6A3A" w14:textId="7ECFE42B" w:rsidR="00263D60" w:rsidRDefault="00263D60">
          <w:pPr>
            <w:pStyle w:val="TOC2"/>
            <w:tabs>
              <w:tab w:val="right" w:leader="dot" w:pos="9396"/>
            </w:tabs>
            <w:rPr>
              <w:noProof/>
              <w:kern w:val="2"/>
              <w:sz w:val="24"/>
              <w:szCs w:val="24"/>
              <w14:ligatures w14:val="standardContextual"/>
            </w:rPr>
          </w:pPr>
          <w:hyperlink w:anchor="_Toc231817823" w:history="1">
            <w:r w:rsidRPr="00FE6CC8">
              <w:rPr>
                <w:rStyle w:val="Hyperlink"/>
                <w:noProof/>
              </w:rPr>
              <w:t>Full Notifications Page</w:t>
            </w:r>
            <w:r>
              <w:rPr>
                <w:noProof/>
                <w:webHidden/>
              </w:rPr>
              <w:tab/>
            </w:r>
            <w:r>
              <w:rPr>
                <w:noProof/>
                <w:webHidden/>
              </w:rPr>
              <w:fldChar w:fldCharType="begin"/>
            </w:r>
            <w:r>
              <w:rPr>
                <w:noProof/>
                <w:webHidden/>
              </w:rPr>
              <w:instrText xml:space="preserve"> PAGEREF _Toc231817823 \h </w:instrText>
            </w:r>
            <w:r>
              <w:rPr>
                <w:noProof/>
                <w:webHidden/>
              </w:rPr>
            </w:r>
            <w:r>
              <w:rPr>
                <w:noProof/>
                <w:webHidden/>
              </w:rPr>
              <w:fldChar w:fldCharType="separate"/>
            </w:r>
            <w:r>
              <w:rPr>
                <w:noProof/>
                <w:webHidden/>
              </w:rPr>
              <w:t>11</w:t>
            </w:r>
            <w:r>
              <w:rPr>
                <w:noProof/>
                <w:webHidden/>
              </w:rPr>
              <w:fldChar w:fldCharType="end"/>
            </w:r>
          </w:hyperlink>
        </w:p>
        <w:p w14:paraId="1EEB0EC9" w14:textId="7C9C17CE" w:rsidR="00263D60" w:rsidRDefault="00263D60">
          <w:pPr>
            <w:pStyle w:val="TOC2"/>
            <w:tabs>
              <w:tab w:val="right" w:leader="dot" w:pos="9396"/>
            </w:tabs>
            <w:rPr>
              <w:noProof/>
              <w:kern w:val="2"/>
              <w:sz w:val="24"/>
              <w:szCs w:val="24"/>
              <w14:ligatures w14:val="standardContextual"/>
            </w:rPr>
          </w:pPr>
          <w:hyperlink w:anchor="_Toc231817824" w:history="1">
            <w:r w:rsidRPr="00FE6CC8">
              <w:rPr>
                <w:rStyle w:val="Hyperlink"/>
                <w:noProof/>
              </w:rPr>
              <w:t>Notification Events</w:t>
            </w:r>
            <w:r>
              <w:rPr>
                <w:noProof/>
                <w:webHidden/>
              </w:rPr>
              <w:tab/>
            </w:r>
            <w:r>
              <w:rPr>
                <w:noProof/>
                <w:webHidden/>
              </w:rPr>
              <w:fldChar w:fldCharType="begin"/>
            </w:r>
            <w:r>
              <w:rPr>
                <w:noProof/>
                <w:webHidden/>
              </w:rPr>
              <w:instrText xml:space="preserve"> PAGEREF _Toc231817824 \h </w:instrText>
            </w:r>
            <w:r>
              <w:rPr>
                <w:noProof/>
                <w:webHidden/>
              </w:rPr>
            </w:r>
            <w:r>
              <w:rPr>
                <w:noProof/>
                <w:webHidden/>
              </w:rPr>
              <w:fldChar w:fldCharType="separate"/>
            </w:r>
            <w:r>
              <w:rPr>
                <w:noProof/>
                <w:webHidden/>
              </w:rPr>
              <w:t>11</w:t>
            </w:r>
            <w:r>
              <w:rPr>
                <w:noProof/>
                <w:webHidden/>
              </w:rPr>
              <w:fldChar w:fldCharType="end"/>
            </w:r>
          </w:hyperlink>
        </w:p>
        <w:p w14:paraId="3AA2F515" w14:textId="3B7BADF7" w:rsidR="00263D60" w:rsidRDefault="00263D60">
          <w:pPr>
            <w:pStyle w:val="TOC2"/>
            <w:tabs>
              <w:tab w:val="right" w:leader="dot" w:pos="9396"/>
            </w:tabs>
            <w:rPr>
              <w:noProof/>
              <w:kern w:val="2"/>
              <w:sz w:val="24"/>
              <w:szCs w:val="24"/>
              <w14:ligatures w14:val="standardContextual"/>
            </w:rPr>
          </w:pPr>
          <w:hyperlink w:anchor="_Toc231817825" w:history="1">
            <w:r w:rsidRPr="00FE6CC8">
              <w:rPr>
                <w:rStyle w:val="Hyperlink"/>
                <w:noProof/>
              </w:rPr>
              <w:t>Notification Preferences</w:t>
            </w:r>
            <w:r>
              <w:rPr>
                <w:noProof/>
                <w:webHidden/>
              </w:rPr>
              <w:tab/>
            </w:r>
            <w:r>
              <w:rPr>
                <w:noProof/>
                <w:webHidden/>
              </w:rPr>
              <w:fldChar w:fldCharType="begin"/>
            </w:r>
            <w:r>
              <w:rPr>
                <w:noProof/>
                <w:webHidden/>
              </w:rPr>
              <w:instrText xml:space="preserve"> PAGEREF _Toc231817825 \h </w:instrText>
            </w:r>
            <w:r>
              <w:rPr>
                <w:noProof/>
                <w:webHidden/>
              </w:rPr>
            </w:r>
            <w:r>
              <w:rPr>
                <w:noProof/>
                <w:webHidden/>
              </w:rPr>
              <w:fldChar w:fldCharType="separate"/>
            </w:r>
            <w:r>
              <w:rPr>
                <w:noProof/>
                <w:webHidden/>
              </w:rPr>
              <w:t>11</w:t>
            </w:r>
            <w:r>
              <w:rPr>
                <w:noProof/>
                <w:webHidden/>
              </w:rPr>
              <w:fldChar w:fldCharType="end"/>
            </w:r>
          </w:hyperlink>
        </w:p>
        <w:p w14:paraId="18A10C16" w14:textId="7A65DF40" w:rsidR="00263D60" w:rsidRDefault="00263D60">
          <w:pPr>
            <w:pStyle w:val="TOC1"/>
            <w:tabs>
              <w:tab w:val="right" w:leader="dot" w:pos="9396"/>
            </w:tabs>
            <w:rPr>
              <w:noProof/>
              <w:kern w:val="2"/>
              <w:sz w:val="24"/>
              <w:szCs w:val="24"/>
              <w14:ligatures w14:val="standardContextual"/>
            </w:rPr>
          </w:pPr>
          <w:hyperlink w:anchor="_Toc231817826" w:history="1">
            <w:r w:rsidRPr="00FE6CC8">
              <w:rPr>
                <w:rStyle w:val="Hyperlink"/>
                <w:noProof/>
              </w:rPr>
              <w:t>9.  Your Account &amp; Profile</w:t>
            </w:r>
            <w:r>
              <w:rPr>
                <w:noProof/>
                <w:webHidden/>
              </w:rPr>
              <w:tab/>
            </w:r>
            <w:r>
              <w:rPr>
                <w:noProof/>
                <w:webHidden/>
              </w:rPr>
              <w:fldChar w:fldCharType="begin"/>
            </w:r>
            <w:r>
              <w:rPr>
                <w:noProof/>
                <w:webHidden/>
              </w:rPr>
              <w:instrText xml:space="preserve"> PAGEREF _Toc231817826 \h </w:instrText>
            </w:r>
            <w:r>
              <w:rPr>
                <w:noProof/>
                <w:webHidden/>
              </w:rPr>
            </w:r>
            <w:r>
              <w:rPr>
                <w:noProof/>
                <w:webHidden/>
              </w:rPr>
              <w:fldChar w:fldCharType="separate"/>
            </w:r>
            <w:r>
              <w:rPr>
                <w:noProof/>
                <w:webHidden/>
              </w:rPr>
              <w:t>12</w:t>
            </w:r>
            <w:r>
              <w:rPr>
                <w:noProof/>
                <w:webHidden/>
              </w:rPr>
              <w:fldChar w:fldCharType="end"/>
            </w:r>
          </w:hyperlink>
        </w:p>
        <w:p w14:paraId="75595938" w14:textId="7A6827D2" w:rsidR="00263D60" w:rsidRDefault="00263D60">
          <w:pPr>
            <w:pStyle w:val="TOC2"/>
            <w:tabs>
              <w:tab w:val="right" w:leader="dot" w:pos="9396"/>
            </w:tabs>
            <w:rPr>
              <w:noProof/>
              <w:kern w:val="2"/>
              <w:sz w:val="24"/>
              <w:szCs w:val="24"/>
              <w14:ligatures w14:val="standardContextual"/>
            </w:rPr>
          </w:pPr>
          <w:hyperlink w:anchor="_Toc231817827" w:history="1">
            <w:r w:rsidRPr="00FE6CC8">
              <w:rPr>
                <w:rStyle w:val="Hyperlink"/>
                <w:noProof/>
              </w:rPr>
              <w:t>What You Can View</w:t>
            </w:r>
            <w:r>
              <w:rPr>
                <w:noProof/>
                <w:webHidden/>
              </w:rPr>
              <w:tab/>
            </w:r>
            <w:r>
              <w:rPr>
                <w:noProof/>
                <w:webHidden/>
              </w:rPr>
              <w:fldChar w:fldCharType="begin"/>
            </w:r>
            <w:r>
              <w:rPr>
                <w:noProof/>
                <w:webHidden/>
              </w:rPr>
              <w:instrText xml:space="preserve"> PAGEREF _Toc231817827 \h </w:instrText>
            </w:r>
            <w:r>
              <w:rPr>
                <w:noProof/>
                <w:webHidden/>
              </w:rPr>
            </w:r>
            <w:r>
              <w:rPr>
                <w:noProof/>
                <w:webHidden/>
              </w:rPr>
              <w:fldChar w:fldCharType="separate"/>
            </w:r>
            <w:r>
              <w:rPr>
                <w:noProof/>
                <w:webHidden/>
              </w:rPr>
              <w:t>12</w:t>
            </w:r>
            <w:r>
              <w:rPr>
                <w:noProof/>
                <w:webHidden/>
              </w:rPr>
              <w:fldChar w:fldCharType="end"/>
            </w:r>
          </w:hyperlink>
        </w:p>
        <w:p w14:paraId="7FC0A024" w14:textId="2F0A7AB0" w:rsidR="00263D60" w:rsidRDefault="00263D60">
          <w:pPr>
            <w:pStyle w:val="TOC2"/>
            <w:tabs>
              <w:tab w:val="right" w:leader="dot" w:pos="9396"/>
            </w:tabs>
            <w:rPr>
              <w:noProof/>
              <w:kern w:val="2"/>
              <w:sz w:val="24"/>
              <w:szCs w:val="24"/>
              <w14:ligatures w14:val="standardContextual"/>
            </w:rPr>
          </w:pPr>
          <w:hyperlink w:anchor="_Toc231817828" w:history="1">
            <w:r w:rsidRPr="00FE6CC8">
              <w:rPr>
                <w:rStyle w:val="Hyperlink"/>
                <w:noProof/>
              </w:rPr>
              <w:t>What You Can Update</w:t>
            </w:r>
            <w:r>
              <w:rPr>
                <w:noProof/>
                <w:webHidden/>
              </w:rPr>
              <w:tab/>
            </w:r>
            <w:r>
              <w:rPr>
                <w:noProof/>
                <w:webHidden/>
              </w:rPr>
              <w:fldChar w:fldCharType="begin"/>
            </w:r>
            <w:r>
              <w:rPr>
                <w:noProof/>
                <w:webHidden/>
              </w:rPr>
              <w:instrText xml:space="preserve"> PAGEREF _Toc231817828 \h </w:instrText>
            </w:r>
            <w:r>
              <w:rPr>
                <w:noProof/>
                <w:webHidden/>
              </w:rPr>
            </w:r>
            <w:r>
              <w:rPr>
                <w:noProof/>
                <w:webHidden/>
              </w:rPr>
              <w:fldChar w:fldCharType="separate"/>
            </w:r>
            <w:r>
              <w:rPr>
                <w:noProof/>
                <w:webHidden/>
              </w:rPr>
              <w:t>12</w:t>
            </w:r>
            <w:r>
              <w:rPr>
                <w:noProof/>
                <w:webHidden/>
              </w:rPr>
              <w:fldChar w:fldCharType="end"/>
            </w:r>
          </w:hyperlink>
        </w:p>
        <w:p w14:paraId="1BCC8D60" w14:textId="7CF839C7" w:rsidR="00263D60" w:rsidRDefault="00263D60">
          <w:pPr>
            <w:pStyle w:val="TOC1"/>
            <w:tabs>
              <w:tab w:val="right" w:leader="dot" w:pos="9396"/>
            </w:tabs>
            <w:rPr>
              <w:noProof/>
              <w:kern w:val="2"/>
              <w:sz w:val="24"/>
              <w:szCs w:val="24"/>
              <w14:ligatures w14:val="standardContextual"/>
            </w:rPr>
          </w:pPr>
          <w:hyperlink w:anchor="_Toc231817829" w:history="1">
            <w:r w:rsidRPr="00FE6CC8">
              <w:rPr>
                <w:rStyle w:val="Hyperlink"/>
                <w:noProof/>
              </w:rPr>
              <w:t>10.  Frequently Asked Questions</w:t>
            </w:r>
            <w:r>
              <w:rPr>
                <w:noProof/>
                <w:webHidden/>
              </w:rPr>
              <w:tab/>
            </w:r>
            <w:r>
              <w:rPr>
                <w:noProof/>
                <w:webHidden/>
              </w:rPr>
              <w:fldChar w:fldCharType="begin"/>
            </w:r>
            <w:r>
              <w:rPr>
                <w:noProof/>
                <w:webHidden/>
              </w:rPr>
              <w:instrText xml:space="preserve"> PAGEREF _Toc231817829 \h </w:instrText>
            </w:r>
            <w:r>
              <w:rPr>
                <w:noProof/>
                <w:webHidden/>
              </w:rPr>
            </w:r>
            <w:r>
              <w:rPr>
                <w:noProof/>
                <w:webHidden/>
              </w:rPr>
              <w:fldChar w:fldCharType="separate"/>
            </w:r>
            <w:r>
              <w:rPr>
                <w:noProof/>
                <w:webHidden/>
              </w:rPr>
              <w:t>12</w:t>
            </w:r>
            <w:r>
              <w:rPr>
                <w:noProof/>
                <w:webHidden/>
              </w:rPr>
              <w:fldChar w:fldCharType="end"/>
            </w:r>
          </w:hyperlink>
        </w:p>
        <w:p w14:paraId="7EE97009" w14:textId="11585EF0" w:rsidR="001E1174" w:rsidRDefault="001E1174">
          <w:r>
            <w:rPr>
              <w:b/>
              <w:bCs/>
              <w:noProof/>
            </w:rPr>
            <w:fldChar w:fldCharType="end"/>
          </w:r>
        </w:p>
      </w:sdtContent>
    </w:sdt>
    <w:p w14:paraId="0B1996C8" w14:textId="77777777" w:rsidR="001E1174" w:rsidRDefault="001E1174">
      <w:pPr>
        <w:pStyle w:val="Heading1"/>
      </w:pPr>
    </w:p>
    <w:p w14:paraId="5422E9B2" w14:textId="77777777" w:rsidR="001E1174" w:rsidRDefault="001E1174">
      <w:pPr>
        <w:pStyle w:val="Heading1"/>
      </w:pPr>
    </w:p>
    <w:p w14:paraId="031E41EB" w14:textId="77777777" w:rsidR="001E1174" w:rsidRDefault="001E1174">
      <w:pPr>
        <w:pStyle w:val="Heading1"/>
      </w:pPr>
    </w:p>
    <w:p w14:paraId="39FA85F5" w14:textId="77777777" w:rsidR="001E1174" w:rsidRDefault="001E1174" w:rsidP="001E1174"/>
    <w:p w14:paraId="09081476" w14:textId="77777777" w:rsidR="001E1174" w:rsidRDefault="001E1174" w:rsidP="001E1174"/>
    <w:p w14:paraId="6FC0272D" w14:textId="77777777" w:rsidR="001E1174" w:rsidRDefault="001E1174" w:rsidP="001E1174"/>
    <w:p w14:paraId="1085367E" w14:textId="77777777" w:rsidR="001E1174" w:rsidRPr="001E1174" w:rsidRDefault="001E1174" w:rsidP="001E1174"/>
    <w:p w14:paraId="2AEEE374" w14:textId="7A5C5F59" w:rsidR="0081006A" w:rsidRDefault="00000000">
      <w:pPr>
        <w:pStyle w:val="Heading1"/>
      </w:pPr>
      <w:bookmarkStart w:id="0" w:name="_Toc231817780"/>
      <w:r>
        <w:lastRenderedPageBreak/>
        <w:t>1.  Getting Started — Account Setup</w:t>
      </w:r>
      <w:bookmarkEnd w:id="0"/>
    </w:p>
    <w:p w14:paraId="2998AB1D" w14:textId="5409D923" w:rsidR="0081006A" w:rsidRDefault="00000000">
      <w:r>
        <w:t xml:space="preserve">Before you can log in, your account must be activated. Your administrator will send an invitation email to the address </w:t>
      </w:r>
      <w:r w:rsidR="006F3F5D">
        <w:t>you registered with</w:t>
      </w:r>
      <w:r>
        <w:t>.</w:t>
      </w:r>
    </w:p>
    <w:p w14:paraId="60E9466F" w14:textId="77777777" w:rsidR="0081006A" w:rsidRDefault="00000000" w:rsidP="00E32B5E">
      <w:pPr>
        <w:pStyle w:val="Heading2"/>
        <w:ind w:firstLine="360"/>
      </w:pPr>
      <w:bookmarkStart w:id="1" w:name="_Toc231817781"/>
      <w:r>
        <w:t>Step 1 — Receive the Invitation Email</w:t>
      </w:r>
      <w:bookmarkEnd w:id="1"/>
    </w:p>
    <w:p w14:paraId="703FF46D" w14:textId="77777777" w:rsidR="0081006A" w:rsidRDefault="00000000" w:rsidP="00E32B5E">
      <w:pPr>
        <w:ind w:firstLine="360"/>
      </w:pPr>
      <w:r>
        <w:t>You will receive an email with the subject line: "[JQC] Your account is ready — please set your password". The email contains a "Set My Password" button and a direct link. This link is valid for 72 hours.</w:t>
      </w:r>
    </w:p>
    <w:p w14:paraId="6090ED36" w14:textId="77777777" w:rsidR="0081006A" w:rsidRDefault="00000000" w:rsidP="00E32B5E">
      <w:pPr>
        <w:ind w:left="340" w:firstLine="360"/>
      </w:pPr>
      <w:r>
        <w:rPr>
          <w:b/>
          <w:color w:val="0D6EFD"/>
        </w:rPr>
        <w:t xml:space="preserve">Note: </w:t>
      </w:r>
      <w:r>
        <w:rPr>
          <w:color w:val="0D6EFD"/>
        </w:rPr>
        <w:t>Check your spam/junk folder if you do not see the email within a few minutes.</w:t>
      </w:r>
    </w:p>
    <w:p w14:paraId="32E914F3" w14:textId="77777777" w:rsidR="0081006A" w:rsidRDefault="00000000" w:rsidP="00E32B5E">
      <w:pPr>
        <w:pStyle w:val="Heading2"/>
        <w:ind w:firstLine="360"/>
      </w:pPr>
      <w:bookmarkStart w:id="2" w:name="_Toc231817782"/>
      <w:r>
        <w:t>Step 2 — Set Your Username and Password</w:t>
      </w:r>
      <w:bookmarkEnd w:id="2"/>
    </w:p>
    <w:p w14:paraId="32D56A12" w14:textId="77777777" w:rsidR="0081006A" w:rsidRDefault="00000000" w:rsidP="00E32B5E">
      <w:pPr>
        <w:ind w:firstLine="360"/>
      </w:pPr>
      <w:r>
        <w:t>Click "Set My Password" (or paste the URL into your browser). You will see a short form:</w:t>
      </w:r>
    </w:p>
    <w:p w14:paraId="40530C6E" w14:textId="77777777" w:rsidR="0081006A" w:rsidRDefault="00000000" w:rsidP="00E32B5E">
      <w:pPr>
        <w:pStyle w:val="ListBullet"/>
        <w:ind w:firstLine="360"/>
      </w:pPr>
      <w:r>
        <w:t>Username — choose a unique login name (letters, numbers, underscores).</w:t>
      </w:r>
    </w:p>
    <w:p w14:paraId="4D10B446" w14:textId="77777777" w:rsidR="0081006A" w:rsidRDefault="00000000" w:rsidP="00E32B5E">
      <w:pPr>
        <w:pStyle w:val="ListBullet"/>
        <w:ind w:firstLine="360"/>
      </w:pPr>
      <w:r>
        <w:t>New Password — at least 8 characters recommended.</w:t>
      </w:r>
    </w:p>
    <w:p w14:paraId="14E0B2E1" w14:textId="77777777" w:rsidR="0081006A" w:rsidRDefault="00000000" w:rsidP="00E32B5E">
      <w:pPr>
        <w:pStyle w:val="ListBullet"/>
        <w:ind w:firstLine="360"/>
      </w:pPr>
      <w:r>
        <w:t>Confirm Password — re-enter to confirm.</w:t>
      </w:r>
    </w:p>
    <w:p w14:paraId="0B3B263A" w14:textId="77777777" w:rsidR="0081006A" w:rsidRDefault="00000000" w:rsidP="00E32B5E">
      <w:pPr>
        <w:ind w:firstLine="360"/>
      </w:pPr>
      <w:r>
        <w:t>Click Save. You will be redirected to the login page.</w:t>
      </w:r>
    </w:p>
    <w:p w14:paraId="7736334B" w14:textId="77777777" w:rsidR="0081006A" w:rsidRDefault="00000000" w:rsidP="00E32B5E">
      <w:pPr>
        <w:pStyle w:val="Heading2"/>
        <w:ind w:firstLine="360"/>
      </w:pPr>
      <w:bookmarkStart w:id="3" w:name="_Toc231817783"/>
      <w:r>
        <w:t>Step 3 — Contact Your Administrator if the Link Has Expired</w:t>
      </w:r>
      <w:bookmarkEnd w:id="3"/>
    </w:p>
    <w:p w14:paraId="755AB53C" w14:textId="77777777" w:rsidR="0081006A" w:rsidRDefault="00000000" w:rsidP="00E32B5E">
      <w:pPr>
        <w:ind w:firstLine="360"/>
      </w:pPr>
      <w:r>
        <w:t>If the link has expired (after 72 hours), ask your administrator to resend the invitation from the Customers management page. A fresh 72-hour link will be emailed to you.</w:t>
      </w:r>
    </w:p>
    <w:p w14:paraId="5C18BA70" w14:textId="77777777" w:rsidR="0081006A" w:rsidRDefault="00000000">
      <w:pPr>
        <w:pStyle w:val="Heading1"/>
      </w:pPr>
      <w:bookmarkStart w:id="4" w:name="_Toc231817784"/>
      <w:r>
        <w:t>2.  Logging In &amp; Logging Out</w:t>
      </w:r>
      <w:bookmarkEnd w:id="4"/>
    </w:p>
    <w:p w14:paraId="3BB5308E" w14:textId="77777777" w:rsidR="0081006A" w:rsidRDefault="00000000" w:rsidP="00E32B5E">
      <w:pPr>
        <w:pStyle w:val="Heading2"/>
        <w:ind w:firstLine="360"/>
      </w:pPr>
      <w:bookmarkStart w:id="5" w:name="_Toc231817785"/>
      <w:r>
        <w:t>Logging In</w:t>
      </w:r>
      <w:bookmarkEnd w:id="5"/>
    </w:p>
    <w:p w14:paraId="31149792" w14:textId="77777777" w:rsidR="0081006A" w:rsidRDefault="00000000" w:rsidP="00E32B5E">
      <w:pPr>
        <w:ind w:firstLine="360"/>
      </w:pPr>
      <w:r>
        <w:t>Open your web browser and navigate to the JQC portal URL provided by your administrator. On the Login page:</w:t>
      </w:r>
    </w:p>
    <w:p w14:paraId="7E0789A9" w14:textId="77777777" w:rsidR="0081006A" w:rsidRDefault="00000000" w:rsidP="00E32B5E">
      <w:pPr>
        <w:pStyle w:val="ListBullet"/>
        <w:ind w:firstLine="360"/>
      </w:pPr>
      <w:r>
        <w:t>Enter your Username.</w:t>
      </w:r>
    </w:p>
    <w:p w14:paraId="02391F7F" w14:textId="77777777" w:rsidR="0081006A" w:rsidRDefault="00000000" w:rsidP="00E32B5E">
      <w:pPr>
        <w:pStyle w:val="ListBullet"/>
        <w:ind w:firstLine="360"/>
      </w:pPr>
      <w:r>
        <w:t>Enter your Password.</w:t>
      </w:r>
    </w:p>
    <w:p w14:paraId="6479EB6E" w14:textId="77777777" w:rsidR="0081006A" w:rsidRDefault="00000000" w:rsidP="00E32B5E">
      <w:pPr>
        <w:pStyle w:val="ListBullet"/>
        <w:ind w:firstLine="360"/>
      </w:pPr>
      <w:r>
        <w:t>Click Log In.</w:t>
      </w:r>
    </w:p>
    <w:p w14:paraId="3449BFD1" w14:textId="77777777" w:rsidR="0081006A" w:rsidRDefault="00000000" w:rsidP="00E32B5E">
      <w:pPr>
        <w:ind w:firstLine="360"/>
      </w:pPr>
      <w:r>
        <w:t>You will land on the Dashboard upon successful login.</w:t>
      </w:r>
    </w:p>
    <w:p w14:paraId="0C509224" w14:textId="561FB9F9" w:rsidR="0081006A" w:rsidRDefault="00000000" w:rsidP="00E32B5E">
      <w:pPr>
        <w:ind w:left="340" w:firstLine="360"/>
      </w:pPr>
      <w:r>
        <w:rPr>
          <w:b/>
          <w:color w:val="0D6EFD"/>
        </w:rPr>
        <w:t xml:space="preserve">Note: </w:t>
      </w:r>
      <w:r>
        <w:rPr>
          <w:color w:val="0D6EFD"/>
        </w:rPr>
        <w:t>If you enter the wrong password multiple times</w:t>
      </w:r>
      <w:r w:rsidR="006F3F5D">
        <w:rPr>
          <w:color w:val="0D6EFD"/>
        </w:rPr>
        <w:t>,</w:t>
      </w:r>
      <w:r>
        <w:rPr>
          <w:color w:val="0D6EFD"/>
        </w:rPr>
        <w:t xml:space="preserve"> you may be temporarily rate-limited. Wait a moment and try again, or contact your administrator to reset your password.</w:t>
      </w:r>
    </w:p>
    <w:p w14:paraId="0A03210F" w14:textId="77777777" w:rsidR="0081006A" w:rsidRDefault="00000000" w:rsidP="00E32B5E">
      <w:pPr>
        <w:pStyle w:val="Heading2"/>
        <w:ind w:firstLine="360"/>
      </w:pPr>
      <w:bookmarkStart w:id="6" w:name="_Toc231817786"/>
      <w:r>
        <w:t>Logging Out</w:t>
      </w:r>
      <w:bookmarkEnd w:id="6"/>
    </w:p>
    <w:p w14:paraId="3517F5D8" w14:textId="588D8823" w:rsidR="0081006A" w:rsidRDefault="00000000" w:rsidP="00E32B5E">
      <w:pPr>
        <w:ind w:firstLine="360"/>
      </w:pPr>
      <w:r>
        <w:t xml:space="preserve">Click your name or avatar in the top-right navigation bar, then select Logout. Your session will </w:t>
      </w:r>
      <w:r w:rsidR="006F3F5D">
        <w:t>end,</w:t>
      </w:r>
      <w:r>
        <w:t xml:space="preserve"> and you will be returned to the Login page.</w:t>
      </w:r>
    </w:p>
    <w:p w14:paraId="733F3E8D" w14:textId="77777777" w:rsidR="0081006A" w:rsidRDefault="00000000">
      <w:r>
        <w:br w:type="page"/>
      </w:r>
    </w:p>
    <w:p w14:paraId="5C4F9451" w14:textId="77777777" w:rsidR="0081006A" w:rsidRDefault="00000000">
      <w:pPr>
        <w:pStyle w:val="Heading1"/>
      </w:pPr>
      <w:bookmarkStart w:id="7" w:name="_Toc231817787"/>
      <w:r>
        <w:lastRenderedPageBreak/>
        <w:t>3.  Dashboard</w:t>
      </w:r>
      <w:bookmarkEnd w:id="7"/>
    </w:p>
    <w:p w14:paraId="73F9D33F" w14:textId="77777777" w:rsidR="0081006A" w:rsidRDefault="00000000" w:rsidP="00E32B5E">
      <w:pPr>
        <w:ind w:firstLine="360"/>
      </w:pPr>
      <w:r>
        <w:t>The Dashboard is the first page you see after logging in. It gives you a quick overview of activity at your assigned facilities.</w:t>
      </w:r>
    </w:p>
    <w:p w14:paraId="522A0056" w14:textId="77777777" w:rsidR="0081006A" w:rsidRDefault="00000000" w:rsidP="00E32B5E">
      <w:pPr>
        <w:pStyle w:val="Heading2"/>
        <w:ind w:firstLine="360"/>
      </w:pPr>
      <w:bookmarkStart w:id="8" w:name="_Toc231817788"/>
      <w:r>
        <w:t>Summary Cards</w:t>
      </w:r>
      <w:bookmarkEnd w:id="8"/>
    </w:p>
    <w:p w14:paraId="305BC52D" w14:textId="098DB03B" w:rsidR="0081006A" w:rsidRDefault="00000000" w:rsidP="00E32B5E">
      <w:pPr>
        <w:ind w:firstLine="360"/>
      </w:pPr>
      <w:r>
        <w:t xml:space="preserve">Four cards at the top show key metrics for the current day and </w:t>
      </w:r>
      <w:r w:rsidR="006F3F5D">
        <w:t xml:space="preserve">the </w:t>
      </w:r>
      <w:r>
        <w:t>last 30 days:</w:t>
      </w:r>
    </w:p>
    <w:tbl>
      <w:tblPr>
        <w:tblStyle w:val="TableGrid"/>
        <w:tblW w:w="0" w:type="auto"/>
        <w:tblLook w:val="04A0" w:firstRow="1" w:lastRow="0" w:firstColumn="1" w:lastColumn="0" w:noHBand="0" w:noVBand="1"/>
      </w:tblPr>
      <w:tblGrid>
        <w:gridCol w:w="4703"/>
        <w:gridCol w:w="4703"/>
      </w:tblGrid>
      <w:tr w:rsidR="0081006A" w14:paraId="2C312AE9" w14:textId="77777777">
        <w:tc>
          <w:tcPr>
            <w:tcW w:w="4703" w:type="dxa"/>
            <w:shd w:val="clear" w:color="auto" w:fill="D9E1F2"/>
          </w:tcPr>
          <w:p w14:paraId="4BA81255" w14:textId="77777777" w:rsidR="0081006A" w:rsidRDefault="00000000" w:rsidP="00E32B5E">
            <w:pPr>
              <w:ind w:firstLine="360"/>
            </w:pPr>
            <w:r>
              <w:rPr>
                <w:b/>
              </w:rPr>
              <w:t>Card</w:t>
            </w:r>
          </w:p>
        </w:tc>
        <w:tc>
          <w:tcPr>
            <w:tcW w:w="4703" w:type="dxa"/>
            <w:shd w:val="clear" w:color="auto" w:fill="D9E1F2"/>
          </w:tcPr>
          <w:p w14:paraId="09D42F8F" w14:textId="77777777" w:rsidR="0081006A" w:rsidRDefault="00000000" w:rsidP="00E32B5E">
            <w:pPr>
              <w:ind w:firstLine="360"/>
            </w:pPr>
            <w:r>
              <w:rPr>
                <w:b/>
              </w:rPr>
              <w:t>What It Shows</w:t>
            </w:r>
          </w:p>
        </w:tc>
      </w:tr>
      <w:tr w:rsidR="0081006A" w14:paraId="5313A020" w14:textId="77777777">
        <w:tc>
          <w:tcPr>
            <w:tcW w:w="4703" w:type="dxa"/>
          </w:tcPr>
          <w:p w14:paraId="7547FBB1" w14:textId="77777777" w:rsidR="0081006A" w:rsidRDefault="00000000" w:rsidP="00E32B5E">
            <w:pPr>
              <w:ind w:firstLine="360"/>
            </w:pPr>
            <w:r>
              <w:t>Today's Inspections</w:t>
            </w:r>
          </w:p>
        </w:tc>
        <w:tc>
          <w:tcPr>
            <w:tcW w:w="4703" w:type="dxa"/>
          </w:tcPr>
          <w:p w14:paraId="658FA757" w14:textId="77777777" w:rsidR="0081006A" w:rsidRDefault="00000000" w:rsidP="00E32B5E">
            <w:pPr>
              <w:ind w:firstLine="360"/>
            </w:pPr>
            <w:r>
              <w:t>Number of inspections conducted today at your facilities. Click to view the full list.</w:t>
            </w:r>
          </w:p>
        </w:tc>
      </w:tr>
      <w:tr w:rsidR="0081006A" w14:paraId="072803AF" w14:textId="77777777">
        <w:tc>
          <w:tcPr>
            <w:tcW w:w="4703" w:type="dxa"/>
          </w:tcPr>
          <w:p w14:paraId="32F2DE91" w14:textId="77777777" w:rsidR="0081006A" w:rsidRDefault="00000000" w:rsidP="00E32B5E">
            <w:pPr>
              <w:ind w:firstLine="360"/>
            </w:pPr>
            <w:r>
              <w:t>Submitted Today</w:t>
            </w:r>
          </w:p>
        </w:tc>
        <w:tc>
          <w:tcPr>
            <w:tcW w:w="4703" w:type="dxa"/>
          </w:tcPr>
          <w:p w14:paraId="2A512C94" w14:textId="77777777" w:rsidR="0081006A" w:rsidRDefault="00000000" w:rsidP="00E32B5E">
            <w:pPr>
              <w:ind w:firstLine="360"/>
            </w:pPr>
            <w:r>
              <w:t>Inspections marked as completed (submitted) today.</w:t>
            </w:r>
          </w:p>
        </w:tc>
      </w:tr>
      <w:tr w:rsidR="0081006A" w14:paraId="7CD3B5D4" w14:textId="77777777">
        <w:tc>
          <w:tcPr>
            <w:tcW w:w="4703" w:type="dxa"/>
          </w:tcPr>
          <w:p w14:paraId="252202DA" w14:textId="77777777" w:rsidR="0081006A" w:rsidRDefault="00000000" w:rsidP="00E32B5E">
            <w:pPr>
              <w:ind w:firstLine="360"/>
            </w:pPr>
            <w:r>
              <w:t>Open Issues</w:t>
            </w:r>
          </w:p>
        </w:tc>
        <w:tc>
          <w:tcPr>
            <w:tcW w:w="4703" w:type="dxa"/>
          </w:tcPr>
          <w:p w14:paraId="24D43A77" w14:textId="2E6BBA6C" w:rsidR="0081006A" w:rsidRDefault="00000000" w:rsidP="00E32B5E">
            <w:pPr>
              <w:ind w:firstLine="360"/>
            </w:pPr>
            <w:r>
              <w:t xml:space="preserve">Issues currently open at your facilities, with </w:t>
            </w:r>
            <w:r w:rsidR="006F3F5D">
              <w:t>color-coded</w:t>
            </w:r>
            <w:r>
              <w:t xml:space="preserve"> severity badges (Critical / High / Medium / Low).</w:t>
            </w:r>
          </w:p>
        </w:tc>
      </w:tr>
      <w:tr w:rsidR="0081006A" w14:paraId="40451289" w14:textId="77777777">
        <w:tc>
          <w:tcPr>
            <w:tcW w:w="4703" w:type="dxa"/>
          </w:tcPr>
          <w:p w14:paraId="60F3749C" w14:textId="77777777" w:rsidR="0081006A" w:rsidRDefault="00000000" w:rsidP="00E32B5E">
            <w:pPr>
              <w:ind w:firstLine="360"/>
            </w:pPr>
            <w:r>
              <w:t>Avg Score (30 days)</w:t>
            </w:r>
          </w:p>
        </w:tc>
        <w:tc>
          <w:tcPr>
            <w:tcW w:w="4703" w:type="dxa"/>
          </w:tcPr>
          <w:p w14:paraId="76CD6267" w14:textId="77777777" w:rsidR="0081006A" w:rsidRDefault="00000000" w:rsidP="00E32B5E">
            <w:pPr>
              <w:ind w:firstLine="360"/>
            </w:pPr>
            <w:r>
              <w:t>Average inspection score across all your facilities over the last 30 days.</w:t>
            </w:r>
          </w:p>
        </w:tc>
      </w:tr>
    </w:tbl>
    <w:p w14:paraId="34E4FB32" w14:textId="77777777" w:rsidR="0081006A" w:rsidRDefault="0081006A" w:rsidP="00E32B5E">
      <w:pPr>
        <w:ind w:firstLine="360"/>
      </w:pPr>
    </w:p>
    <w:p w14:paraId="4F857671" w14:textId="77777777" w:rsidR="0081006A" w:rsidRDefault="00000000" w:rsidP="00E32B5E">
      <w:pPr>
        <w:pStyle w:val="Heading2"/>
        <w:ind w:firstLine="360"/>
      </w:pPr>
      <w:bookmarkStart w:id="9" w:name="_Toc231817789"/>
      <w:r>
        <w:t>SLA Alert Banners</w:t>
      </w:r>
      <w:bookmarkEnd w:id="9"/>
    </w:p>
    <w:p w14:paraId="4E1DBF9E" w14:textId="77777777" w:rsidR="0081006A" w:rsidRDefault="00000000" w:rsidP="00E32B5E">
      <w:pPr>
        <w:ind w:firstLine="360"/>
      </w:pPr>
      <w:r>
        <w:t>If any issues at your facilities have breached or are approaching their resolution deadline, orange and red banners appear below the summary cards:</w:t>
      </w:r>
    </w:p>
    <w:p w14:paraId="664CDFD2" w14:textId="77777777" w:rsidR="0081006A" w:rsidRDefault="00000000" w:rsidP="00E32B5E">
      <w:pPr>
        <w:pStyle w:val="ListBullet"/>
        <w:ind w:firstLine="360"/>
      </w:pPr>
      <w:r>
        <w:t>SLA Breached (red) — issues that have exceeded the allowed resolution window.</w:t>
      </w:r>
    </w:p>
    <w:p w14:paraId="2E3369CF" w14:textId="4E0FCEB0" w:rsidR="0081006A" w:rsidRDefault="00000000" w:rsidP="00E32B5E">
      <w:pPr>
        <w:pStyle w:val="ListBullet"/>
        <w:ind w:firstLine="360"/>
      </w:pPr>
      <w:r>
        <w:t xml:space="preserve">SLA At Risk (amber) — issues approaching their deadline. Clicking either banner </w:t>
      </w:r>
      <w:r w:rsidR="00E32B5E">
        <w:t>automatically filters the Issues list</w:t>
      </w:r>
      <w:r>
        <w:t>.</w:t>
      </w:r>
    </w:p>
    <w:p w14:paraId="056F00F8" w14:textId="77777777" w:rsidR="0081006A" w:rsidRDefault="00000000" w:rsidP="00E32B5E">
      <w:pPr>
        <w:pStyle w:val="Heading2"/>
        <w:ind w:firstLine="360"/>
      </w:pPr>
      <w:bookmarkStart w:id="10" w:name="_Toc231817790"/>
      <w:r>
        <w:t>Score Trend Chart</w:t>
      </w:r>
      <w:bookmarkEnd w:id="10"/>
    </w:p>
    <w:p w14:paraId="0E84EA9C" w14:textId="707C2CB0" w:rsidR="0081006A" w:rsidRDefault="00000000" w:rsidP="00E32B5E">
      <w:pPr>
        <w:ind w:firstLine="360"/>
      </w:pPr>
      <w:r>
        <w:t xml:space="preserve">A line chart shows the </w:t>
      </w:r>
      <w:r w:rsidR="00E32B5E">
        <w:t>average daily inspection score across your facilities over</w:t>
      </w:r>
      <w:r>
        <w:t xml:space="preserve"> the last 30 days. Use this to spot trends over time — a dip may indicate a facility needs attention.</w:t>
      </w:r>
    </w:p>
    <w:p w14:paraId="7185477B" w14:textId="77777777" w:rsidR="0081006A" w:rsidRDefault="00000000">
      <w:pPr>
        <w:pStyle w:val="Heading1"/>
      </w:pPr>
      <w:bookmarkStart w:id="11" w:name="_Toc231817791"/>
      <w:r>
        <w:t>4.  Your Facilities</w:t>
      </w:r>
      <w:bookmarkEnd w:id="11"/>
    </w:p>
    <w:p w14:paraId="211422BC" w14:textId="77777777" w:rsidR="0081006A" w:rsidRDefault="00000000" w:rsidP="00E32B5E">
      <w:pPr>
        <w:ind w:firstLine="360"/>
      </w:pPr>
      <w:r>
        <w:t>The "Your Facilities" panel on the Dashboard lists every facility your administrator has assigned to your account.</w:t>
      </w:r>
    </w:p>
    <w:p w14:paraId="1C855340" w14:textId="77777777" w:rsidR="0081006A" w:rsidRDefault="00000000" w:rsidP="00E32B5E">
      <w:pPr>
        <w:pStyle w:val="Heading2"/>
        <w:ind w:firstLine="360"/>
      </w:pPr>
      <w:bookmarkStart w:id="12" w:name="_Toc231817792"/>
      <w:r>
        <w:t>Card Grid Layout</w:t>
      </w:r>
      <w:bookmarkEnd w:id="12"/>
    </w:p>
    <w:p w14:paraId="41D786A2" w14:textId="77777777" w:rsidR="0081006A" w:rsidRDefault="00000000" w:rsidP="00E32B5E">
      <w:pPr>
        <w:ind w:firstLine="360"/>
      </w:pPr>
      <w:r>
        <w:t>Each facility is displayed as a card showing the facility name, address, and the contract it belongs to. Cards are arranged up to three per row on large screens.</w:t>
      </w:r>
    </w:p>
    <w:p w14:paraId="0454BA2A" w14:textId="77777777" w:rsidR="0081006A" w:rsidRDefault="00000000" w:rsidP="00E32B5E">
      <w:pPr>
        <w:pStyle w:val="Heading2"/>
        <w:ind w:firstLine="360"/>
      </w:pPr>
      <w:bookmarkStart w:id="13" w:name="_Toc231817793"/>
      <w:r>
        <w:t>Show More / Show Fewer</w:t>
      </w:r>
      <w:bookmarkEnd w:id="13"/>
    </w:p>
    <w:p w14:paraId="41769168" w14:textId="77777777" w:rsidR="0081006A" w:rsidRDefault="00000000" w:rsidP="00E32B5E">
      <w:pPr>
        <w:ind w:firstLine="360"/>
      </w:pPr>
      <w:r>
        <w:t>If you have more than 9 facilities, only the first 9 are shown by default. Click "Show all N facilities" at the bottom to expand the full list, and "Show fewer" to collapse it again.</w:t>
      </w:r>
    </w:p>
    <w:p w14:paraId="7CB52CCD" w14:textId="77777777" w:rsidR="0081006A" w:rsidRDefault="00000000" w:rsidP="00E32B5E">
      <w:pPr>
        <w:pStyle w:val="Heading2"/>
        <w:ind w:firstLine="360"/>
      </w:pPr>
      <w:bookmarkStart w:id="14" w:name="_Toc231817794"/>
      <w:r>
        <w:lastRenderedPageBreak/>
        <w:t>Search Box</w:t>
      </w:r>
      <w:bookmarkEnd w:id="14"/>
    </w:p>
    <w:p w14:paraId="4D84B580" w14:textId="6D94F549" w:rsidR="0081006A" w:rsidRDefault="00000000" w:rsidP="00E32B5E">
      <w:pPr>
        <w:ind w:firstLine="360"/>
      </w:pPr>
      <w:r>
        <w:t xml:space="preserve">If you have more than 6 facilities, a Search box appears above the grid. Type any part of a facility name, address, or contract name </w:t>
      </w:r>
      <w:r w:rsidR="00E90EDA">
        <w:t>to filter the cards instantly</w:t>
      </w:r>
      <w:r>
        <w:t>.</w:t>
      </w:r>
    </w:p>
    <w:p w14:paraId="7733C13E" w14:textId="77777777" w:rsidR="0081006A" w:rsidRDefault="00000000" w:rsidP="00E32B5E">
      <w:pPr>
        <w:pStyle w:val="Heading2"/>
        <w:ind w:firstLine="360"/>
      </w:pPr>
      <w:bookmarkStart w:id="15" w:name="_Toc231817795"/>
      <w:r>
        <w:t>Facility Actions</w:t>
      </w:r>
      <w:bookmarkEnd w:id="15"/>
    </w:p>
    <w:p w14:paraId="17896E3F" w14:textId="77777777" w:rsidR="0081006A" w:rsidRDefault="00000000" w:rsidP="00E32B5E">
      <w:pPr>
        <w:ind w:firstLine="360"/>
      </w:pPr>
      <w:r>
        <w:t>Each facility card has two buttons:</w:t>
      </w:r>
    </w:p>
    <w:p w14:paraId="0E573125" w14:textId="77777777" w:rsidR="0081006A" w:rsidRDefault="00000000" w:rsidP="00E32B5E">
      <w:pPr>
        <w:pStyle w:val="ListBullet"/>
        <w:ind w:firstLine="360"/>
      </w:pPr>
      <w:r>
        <w:t>View — opens the Facility Detail page (address, contact details, areas, open issues).</w:t>
      </w:r>
    </w:p>
    <w:p w14:paraId="42050C24" w14:textId="77777777" w:rsidR="0081006A" w:rsidRDefault="00000000" w:rsidP="00E32B5E">
      <w:pPr>
        <w:pStyle w:val="ListBullet"/>
        <w:ind w:firstLine="360"/>
      </w:pPr>
      <w:r>
        <w:t>Report — opens the Facility Scorecard with charts, SLA compliance, and score trends.</w:t>
      </w:r>
    </w:p>
    <w:p w14:paraId="56AFA7A7" w14:textId="77777777" w:rsidR="0081006A" w:rsidRDefault="00000000" w:rsidP="00E32B5E">
      <w:pPr>
        <w:pStyle w:val="Heading2"/>
        <w:ind w:firstLine="360"/>
      </w:pPr>
      <w:bookmarkStart w:id="16" w:name="_Toc231817796"/>
      <w:r>
        <w:t>Facilities Menu Page</w:t>
      </w:r>
      <w:bookmarkEnd w:id="16"/>
    </w:p>
    <w:p w14:paraId="2BBFA50F" w14:textId="77777777" w:rsidR="0081006A" w:rsidRDefault="00000000" w:rsidP="00E32B5E">
      <w:pPr>
        <w:ind w:firstLine="360"/>
      </w:pPr>
      <w:r>
        <w:t>The Facilities link in the top navigation bar takes you to a full list of your assigned facilities, grouped by contract. Click any facility name to open its Detail page.</w:t>
      </w:r>
    </w:p>
    <w:p w14:paraId="722BFFCC" w14:textId="77777777" w:rsidR="0081006A" w:rsidRDefault="00000000" w:rsidP="00E32B5E">
      <w:pPr>
        <w:pStyle w:val="Heading2"/>
        <w:ind w:firstLine="360"/>
      </w:pPr>
      <w:bookmarkStart w:id="17" w:name="_Toc231817797"/>
      <w:r>
        <w:t>Facility Detail Page</w:t>
      </w:r>
      <w:bookmarkEnd w:id="17"/>
    </w:p>
    <w:p w14:paraId="1D011CAA" w14:textId="77777777" w:rsidR="0081006A" w:rsidRDefault="00000000" w:rsidP="00E32B5E">
      <w:pPr>
        <w:ind w:firstLine="360"/>
      </w:pPr>
      <w:r>
        <w:t>The Facility Detail page shows:</w:t>
      </w:r>
    </w:p>
    <w:p w14:paraId="4EB55A6F" w14:textId="77777777" w:rsidR="0081006A" w:rsidRDefault="00000000" w:rsidP="00E32B5E">
      <w:pPr>
        <w:pStyle w:val="ListBullet"/>
        <w:ind w:firstLine="360"/>
      </w:pPr>
      <w:r>
        <w:t>Contact information (address, contact person, phone).</w:t>
      </w:r>
    </w:p>
    <w:p w14:paraId="1E5B2267" w14:textId="77777777" w:rsidR="0081006A" w:rsidRDefault="00000000" w:rsidP="00E32B5E">
      <w:pPr>
        <w:pStyle w:val="ListBullet"/>
        <w:ind w:firstLine="360"/>
      </w:pPr>
      <w:r>
        <w:t>Summary statistics: number of areas, total inspections, open issues.</w:t>
      </w:r>
    </w:p>
    <w:p w14:paraId="2943873C" w14:textId="77777777" w:rsidR="0081006A" w:rsidRDefault="00000000" w:rsidP="00E32B5E">
      <w:pPr>
        <w:pStyle w:val="ListBullet"/>
        <w:ind w:firstLine="360"/>
      </w:pPr>
      <w:r>
        <w:t>A list of all areas (rooms, floors, zones) within the facility.</w:t>
      </w:r>
    </w:p>
    <w:p w14:paraId="1EA7DD05" w14:textId="77777777" w:rsidR="0081006A" w:rsidRDefault="00000000" w:rsidP="00E32B5E">
      <w:pPr>
        <w:pStyle w:val="ListBullet"/>
        <w:ind w:firstLine="360"/>
      </w:pPr>
      <w:r>
        <w:t>A Scorecard button for in-depth analytics.</w:t>
      </w:r>
    </w:p>
    <w:p w14:paraId="28D6C296" w14:textId="77777777" w:rsidR="0081006A" w:rsidRDefault="00000000" w:rsidP="00E32B5E">
      <w:pPr>
        <w:ind w:left="340" w:firstLine="360"/>
      </w:pPr>
      <w:r>
        <w:rPr>
          <w:b/>
          <w:color w:val="0D6EFD"/>
        </w:rPr>
        <w:t xml:space="preserve">Note: </w:t>
      </w:r>
      <w:r>
        <w:rPr>
          <w:color w:val="0D6EFD"/>
        </w:rPr>
        <w:t>Customers can view facility information but cannot edit or delete facilities or areas.</w:t>
      </w:r>
    </w:p>
    <w:p w14:paraId="11818194" w14:textId="77777777" w:rsidR="0081006A" w:rsidRDefault="00000000">
      <w:pPr>
        <w:pStyle w:val="Heading1"/>
      </w:pPr>
      <w:bookmarkStart w:id="18" w:name="_Toc231817798"/>
      <w:r>
        <w:t>5.  Inspections</w:t>
      </w:r>
      <w:bookmarkEnd w:id="18"/>
    </w:p>
    <w:p w14:paraId="3054D219" w14:textId="14CC8397" w:rsidR="0081006A" w:rsidRDefault="00000000" w:rsidP="00E32B5E">
      <w:pPr>
        <w:ind w:firstLine="360"/>
      </w:pPr>
      <w:r>
        <w:t>Inspections are quality-control checks carried out by your service provider's inspectors. As a customer</w:t>
      </w:r>
      <w:r w:rsidR="003E458D">
        <w:t>,</w:t>
      </w:r>
      <w:r>
        <w:t xml:space="preserve"> you can view every inspection at your assigned facilities and export them as PDF reports.</w:t>
      </w:r>
    </w:p>
    <w:p w14:paraId="410CDFED" w14:textId="77777777" w:rsidR="0081006A" w:rsidRDefault="00000000" w:rsidP="00E32B5E">
      <w:pPr>
        <w:pStyle w:val="Heading2"/>
        <w:ind w:firstLine="360"/>
      </w:pPr>
      <w:bookmarkStart w:id="19" w:name="_Toc231817799"/>
      <w:r>
        <w:t>Inspections List</w:t>
      </w:r>
      <w:bookmarkEnd w:id="19"/>
    </w:p>
    <w:p w14:paraId="25F74E95" w14:textId="77777777" w:rsidR="0081006A" w:rsidRDefault="00000000" w:rsidP="00E32B5E">
      <w:pPr>
        <w:ind w:firstLine="360"/>
      </w:pPr>
      <w:r>
        <w:t>Navigate to Inspections in the top menu. The list shows all inspections at your facilities, most recent first, paginated 20 per page.</w:t>
      </w:r>
    </w:p>
    <w:p w14:paraId="1B8E688C" w14:textId="77777777" w:rsidR="0081006A" w:rsidRDefault="00000000" w:rsidP="00E32B5E">
      <w:pPr>
        <w:pStyle w:val="Heading3"/>
        <w:ind w:firstLine="360"/>
      </w:pPr>
      <w:bookmarkStart w:id="20" w:name="_Toc231817800"/>
      <w:r>
        <w:t>Columns</w:t>
      </w:r>
      <w:bookmarkEnd w:id="20"/>
    </w:p>
    <w:tbl>
      <w:tblPr>
        <w:tblStyle w:val="TableGrid"/>
        <w:tblW w:w="0" w:type="auto"/>
        <w:tblLook w:val="04A0" w:firstRow="1" w:lastRow="0" w:firstColumn="1" w:lastColumn="0" w:noHBand="0" w:noVBand="1"/>
      </w:tblPr>
      <w:tblGrid>
        <w:gridCol w:w="4703"/>
        <w:gridCol w:w="4703"/>
      </w:tblGrid>
      <w:tr w:rsidR="0081006A" w14:paraId="655CE53B" w14:textId="77777777">
        <w:tc>
          <w:tcPr>
            <w:tcW w:w="4703" w:type="dxa"/>
            <w:shd w:val="clear" w:color="auto" w:fill="D9E1F2"/>
          </w:tcPr>
          <w:p w14:paraId="414D8219" w14:textId="77777777" w:rsidR="0081006A" w:rsidRDefault="00000000" w:rsidP="00E32B5E">
            <w:pPr>
              <w:ind w:firstLine="360"/>
            </w:pPr>
            <w:r>
              <w:rPr>
                <w:b/>
              </w:rPr>
              <w:t>Column</w:t>
            </w:r>
          </w:p>
        </w:tc>
        <w:tc>
          <w:tcPr>
            <w:tcW w:w="4703" w:type="dxa"/>
            <w:shd w:val="clear" w:color="auto" w:fill="D9E1F2"/>
          </w:tcPr>
          <w:p w14:paraId="5584DE9C" w14:textId="77777777" w:rsidR="0081006A" w:rsidRDefault="00000000" w:rsidP="00E32B5E">
            <w:pPr>
              <w:ind w:firstLine="360"/>
            </w:pPr>
            <w:r>
              <w:rPr>
                <w:b/>
              </w:rPr>
              <w:t>Description</w:t>
            </w:r>
          </w:p>
        </w:tc>
      </w:tr>
      <w:tr w:rsidR="0081006A" w14:paraId="6024B2EE" w14:textId="77777777">
        <w:tc>
          <w:tcPr>
            <w:tcW w:w="4703" w:type="dxa"/>
          </w:tcPr>
          <w:p w14:paraId="37D2EB1D" w14:textId="77777777" w:rsidR="0081006A" w:rsidRDefault="00000000" w:rsidP="00E32B5E">
            <w:pPr>
              <w:ind w:firstLine="360"/>
            </w:pPr>
            <w:r>
              <w:t>Date</w:t>
            </w:r>
          </w:p>
        </w:tc>
        <w:tc>
          <w:tcPr>
            <w:tcW w:w="4703" w:type="dxa"/>
          </w:tcPr>
          <w:p w14:paraId="319299D8" w14:textId="77777777" w:rsidR="0081006A" w:rsidRDefault="00000000" w:rsidP="00E32B5E">
            <w:pPr>
              <w:ind w:firstLine="360"/>
            </w:pPr>
            <w:r>
              <w:t>Date the inspection was conducted.</w:t>
            </w:r>
          </w:p>
        </w:tc>
      </w:tr>
      <w:tr w:rsidR="0081006A" w14:paraId="5A79AED8" w14:textId="77777777">
        <w:tc>
          <w:tcPr>
            <w:tcW w:w="4703" w:type="dxa"/>
          </w:tcPr>
          <w:p w14:paraId="7AF14EE4" w14:textId="77777777" w:rsidR="0081006A" w:rsidRDefault="00000000" w:rsidP="00E32B5E">
            <w:pPr>
              <w:ind w:firstLine="360"/>
            </w:pPr>
            <w:r>
              <w:t>Contract</w:t>
            </w:r>
          </w:p>
        </w:tc>
        <w:tc>
          <w:tcPr>
            <w:tcW w:w="4703" w:type="dxa"/>
          </w:tcPr>
          <w:p w14:paraId="166C7964" w14:textId="50A585FA" w:rsidR="0081006A" w:rsidRDefault="00000000" w:rsidP="00E32B5E">
            <w:pPr>
              <w:ind w:firstLine="360"/>
            </w:pPr>
            <w:r>
              <w:t xml:space="preserve">The service contract </w:t>
            </w:r>
            <w:r w:rsidR="00E32B5E">
              <w:t>to which the facility belongs</w:t>
            </w:r>
            <w:r>
              <w:t>.</w:t>
            </w:r>
          </w:p>
        </w:tc>
      </w:tr>
      <w:tr w:rsidR="0081006A" w14:paraId="5B0A5ECB" w14:textId="77777777">
        <w:tc>
          <w:tcPr>
            <w:tcW w:w="4703" w:type="dxa"/>
          </w:tcPr>
          <w:p w14:paraId="0935732F" w14:textId="77777777" w:rsidR="0081006A" w:rsidRDefault="00000000" w:rsidP="00E32B5E">
            <w:pPr>
              <w:ind w:firstLine="360"/>
            </w:pPr>
            <w:r>
              <w:t>Facility</w:t>
            </w:r>
          </w:p>
        </w:tc>
        <w:tc>
          <w:tcPr>
            <w:tcW w:w="4703" w:type="dxa"/>
          </w:tcPr>
          <w:p w14:paraId="629075F7" w14:textId="77777777" w:rsidR="0081006A" w:rsidRDefault="00000000" w:rsidP="00E32B5E">
            <w:pPr>
              <w:ind w:firstLine="360"/>
            </w:pPr>
            <w:r>
              <w:t>Name of the facility inspected.</w:t>
            </w:r>
          </w:p>
        </w:tc>
      </w:tr>
      <w:tr w:rsidR="0081006A" w14:paraId="0B7E1510" w14:textId="77777777">
        <w:tc>
          <w:tcPr>
            <w:tcW w:w="4703" w:type="dxa"/>
          </w:tcPr>
          <w:p w14:paraId="37E37853" w14:textId="77777777" w:rsidR="0081006A" w:rsidRDefault="00000000" w:rsidP="00E32B5E">
            <w:pPr>
              <w:ind w:firstLine="360"/>
            </w:pPr>
            <w:r>
              <w:t>Area</w:t>
            </w:r>
          </w:p>
        </w:tc>
        <w:tc>
          <w:tcPr>
            <w:tcW w:w="4703" w:type="dxa"/>
          </w:tcPr>
          <w:p w14:paraId="2C8BD52E" w14:textId="77777777" w:rsidR="0081006A" w:rsidRDefault="00000000" w:rsidP="00E32B5E">
            <w:pPr>
              <w:ind w:firstLine="360"/>
            </w:pPr>
            <w:r>
              <w:t>Specific room or zone inspected (if applicable).</w:t>
            </w:r>
          </w:p>
        </w:tc>
      </w:tr>
      <w:tr w:rsidR="0081006A" w14:paraId="67C5250A" w14:textId="77777777">
        <w:tc>
          <w:tcPr>
            <w:tcW w:w="4703" w:type="dxa"/>
          </w:tcPr>
          <w:p w14:paraId="7EFAC7FF" w14:textId="77777777" w:rsidR="0081006A" w:rsidRDefault="00000000" w:rsidP="00E32B5E">
            <w:pPr>
              <w:ind w:firstLine="360"/>
            </w:pPr>
            <w:r>
              <w:t>Template</w:t>
            </w:r>
          </w:p>
        </w:tc>
        <w:tc>
          <w:tcPr>
            <w:tcW w:w="4703" w:type="dxa"/>
          </w:tcPr>
          <w:p w14:paraId="75D782E3" w14:textId="7911A04F" w:rsidR="0081006A" w:rsidRDefault="00000000" w:rsidP="00E32B5E">
            <w:pPr>
              <w:ind w:firstLine="360"/>
            </w:pPr>
            <w:r>
              <w:t xml:space="preserve">The inspection checklist </w:t>
            </w:r>
            <w:r w:rsidR="00E32B5E">
              <w:t xml:space="preserve">was </w:t>
            </w:r>
            <w:r>
              <w:t>used.</w:t>
            </w:r>
          </w:p>
        </w:tc>
      </w:tr>
      <w:tr w:rsidR="0081006A" w14:paraId="2741517D" w14:textId="77777777">
        <w:tc>
          <w:tcPr>
            <w:tcW w:w="4703" w:type="dxa"/>
          </w:tcPr>
          <w:p w14:paraId="112AE41A" w14:textId="77777777" w:rsidR="0081006A" w:rsidRDefault="00000000" w:rsidP="00E32B5E">
            <w:pPr>
              <w:ind w:firstLine="360"/>
            </w:pPr>
            <w:r>
              <w:t>Inspector</w:t>
            </w:r>
          </w:p>
        </w:tc>
        <w:tc>
          <w:tcPr>
            <w:tcW w:w="4703" w:type="dxa"/>
          </w:tcPr>
          <w:p w14:paraId="357D6967" w14:textId="77777777" w:rsidR="0081006A" w:rsidRDefault="00000000" w:rsidP="00E32B5E">
            <w:pPr>
              <w:ind w:firstLine="360"/>
            </w:pPr>
            <w:r>
              <w:t>The staff member who performed the inspection.</w:t>
            </w:r>
          </w:p>
        </w:tc>
      </w:tr>
      <w:tr w:rsidR="0081006A" w14:paraId="3E85A507" w14:textId="77777777">
        <w:tc>
          <w:tcPr>
            <w:tcW w:w="4703" w:type="dxa"/>
          </w:tcPr>
          <w:p w14:paraId="0FDFDD50" w14:textId="77777777" w:rsidR="0081006A" w:rsidRDefault="00000000" w:rsidP="00E32B5E">
            <w:pPr>
              <w:ind w:firstLine="360"/>
            </w:pPr>
            <w:r>
              <w:t>Score</w:t>
            </w:r>
          </w:p>
        </w:tc>
        <w:tc>
          <w:tcPr>
            <w:tcW w:w="4703" w:type="dxa"/>
          </w:tcPr>
          <w:p w14:paraId="1A3A02AF" w14:textId="77777777" w:rsidR="0081006A" w:rsidRDefault="00000000" w:rsidP="00E32B5E">
            <w:pPr>
              <w:ind w:firstLine="360"/>
            </w:pPr>
            <w:r>
              <w:t xml:space="preserve">Overall quality score (0–100%). Green ≥ </w:t>
            </w:r>
            <w:r>
              <w:lastRenderedPageBreak/>
              <w:t>90%, Amber ≥ 70%, Red &lt; 70%.</w:t>
            </w:r>
          </w:p>
        </w:tc>
      </w:tr>
      <w:tr w:rsidR="0081006A" w14:paraId="6BF63161" w14:textId="77777777">
        <w:tc>
          <w:tcPr>
            <w:tcW w:w="4703" w:type="dxa"/>
          </w:tcPr>
          <w:p w14:paraId="2818D2E3" w14:textId="77777777" w:rsidR="0081006A" w:rsidRDefault="00000000" w:rsidP="00E32B5E">
            <w:pPr>
              <w:ind w:firstLine="360"/>
            </w:pPr>
            <w:r>
              <w:lastRenderedPageBreak/>
              <w:t>Status</w:t>
            </w:r>
          </w:p>
        </w:tc>
        <w:tc>
          <w:tcPr>
            <w:tcW w:w="4703" w:type="dxa"/>
          </w:tcPr>
          <w:p w14:paraId="5B5F2408" w14:textId="77777777" w:rsidR="0081006A" w:rsidRDefault="00000000" w:rsidP="00E32B5E">
            <w:pPr>
              <w:ind w:firstLine="360"/>
            </w:pPr>
            <w:r>
              <w:t>Submitted (completed), In Progress, or Flagged.</w:t>
            </w:r>
          </w:p>
        </w:tc>
      </w:tr>
    </w:tbl>
    <w:p w14:paraId="5ED13459" w14:textId="77777777" w:rsidR="0081006A" w:rsidRDefault="0081006A" w:rsidP="00E32B5E">
      <w:pPr>
        <w:ind w:firstLine="360"/>
      </w:pPr>
    </w:p>
    <w:p w14:paraId="1AD21992" w14:textId="77777777" w:rsidR="0081006A" w:rsidRDefault="00000000" w:rsidP="00E32B5E">
      <w:pPr>
        <w:pStyle w:val="Heading3"/>
        <w:ind w:firstLine="360"/>
      </w:pPr>
      <w:bookmarkStart w:id="21" w:name="_Toc231817801"/>
      <w:r>
        <w:t>Filters</w:t>
      </w:r>
      <w:bookmarkEnd w:id="21"/>
    </w:p>
    <w:p w14:paraId="092BA459" w14:textId="77777777" w:rsidR="0081006A" w:rsidRDefault="00000000" w:rsidP="00E32B5E">
      <w:pPr>
        <w:ind w:firstLine="360"/>
      </w:pPr>
      <w:r>
        <w:t>Use the filter bar at the top of the list to narrow results:</w:t>
      </w:r>
    </w:p>
    <w:p w14:paraId="6A4CA78C" w14:textId="77777777" w:rsidR="0081006A" w:rsidRDefault="00000000" w:rsidP="00E32B5E">
      <w:pPr>
        <w:pStyle w:val="ListBullet"/>
        <w:ind w:firstLine="360"/>
      </w:pPr>
      <w:r>
        <w:t>Status — filter by Submitted, In Progress, or Flagged.</w:t>
      </w:r>
    </w:p>
    <w:p w14:paraId="19C48F10" w14:textId="77777777" w:rsidR="0081006A" w:rsidRDefault="00000000" w:rsidP="00E32B5E">
      <w:pPr>
        <w:pStyle w:val="ListBullet"/>
        <w:ind w:firstLine="360"/>
      </w:pPr>
      <w:r>
        <w:t>Contract — shows only your assigned contracts.</w:t>
      </w:r>
    </w:p>
    <w:p w14:paraId="24B10D30" w14:textId="77777777" w:rsidR="0081006A" w:rsidRDefault="00000000" w:rsidP="00E32B5E">
      <w:pPr>
        <w:pStyle w:val="ListBullet"/>
        <w:ind w:firstLine="360"/>
      </w:pPr>
      <w:r>
        <w:t>Facility — narrows automatically when a Contract is selected.</w:t>
      </w:r>
    </w:p>
    <w:p w14:paraId="3753C301" w14:textId="77777777" w:rsidR="0081006A" w:rsidRDefault="00000000" w:rsidP="00E32B5E">
      <w:pPr>
        <w:pStyle w:val="ListBullet"/>
        <w:ind w:firstLine="360"/>
      </w:pPr>
      <w:r>
        <w:t>Follow-up — tick the checkbox to show only inspections that require a follow-up inspection.</w:t>
      </w:r>
    </w:p>
    <w:p w14:paraId="236CCBAA" w14:textId="77777777" w:rsidR="0081006A" w:rsidRDefault="00000000" w:rsidP="00E32B5E">
      <w:pPr>
        <w:pStyle w:val="Heading2"/>
        <w:ind w:firstLine="360"/>
      </w:pPr>
      <w:bookmarkStart w:id="22" w:name="_Toc231817802"/>
      <w:r>
        <w:t>Viewing an Inspection</w:t>
      </w:r>
      <w:bookmarkEnd w:id="22"/>
    </w:p>
    <w:p w14:paraId="1FCE0B7B" w14:textId="77777777" w:rsidR="0081006A" w:rsidRDefault="00000000" w:rsidP="00E32B5E">
      <w:pPr>
        <w:ind w:firstLine="360"/>
      </w:pPr>
      <w:r>
        <w:t>Click the View button on any completed inspection row to open the full Inspection Detail page. This page shows:</w:t>
      </w:r>
    </w:p>
    <w:p w14:paraId="3E9B358A" w14:textId="77777777" w:rsidR="0081006A" w:rsidRDefault="00000000" w:rsidP="00E32B5E">
      <w:pPr>
        <w:pStyle w:val="ListBullet"/>
        <w:ind w:firstLine="360"/>
      </w:pPr>
      <w:r>
        <w:t>Header information: template name, facility, area, date, inspector, overall score.</w:t>
      </w:r>
    </w:p>
    <w:p w14:paraId="6361D063" w14:textId="4CB22A94" w:rsidR="0081006A" w:rsidRDefault="00000000" w:rsidP="00E32B5E">
      <w:pPr>
        <w:pStyle w:val="ListBullet"/>
        <w:ind w:firstLine="360"/>
      </w:pPr>
      <w:r>
        <w:t xml:space="preserve">Each checklist section </w:t>
      </w:r>
      <w:r w:rsidR="00E90EDA">
        <w:t>includes</w:t>
      </w:r>
      <w:r>
        <w:t xml:space="preserve"> the scores/ratings the inspector recorded.</w:t>
      </w:r>
    </w:p>
    <w:p w14:paraId="3A845D54" w14:textId="77777777" w:rsidR="0081006A" w:rsidRDefault="00000000" w:rsidP="00E32B5E">
      <w:pPr>
        <w:pStyle w:val="ListBullet"/>
        <w:ind w:firstLine="360"/>
      </w:pPr>
      <w:r>
        <w:t>Any photos uploaded during the inspection.</w:t>
      </w:r>
    </w:p>
    <w:p w14:paraId="02FD208F" w14:textId="77777777" w:rsidR="0081006A" w:rsidRDefault="00000000" w:rsidP="00E32B5E">
      <w:pPr>
        <w:pStyle w:val="ListBullet"/>
        <w:ind w:firstLine="360"/>
      </w:pPr>
      <w:r>
        <w:t>A list of issues flagged during the inspection (click any issue to view its details).</w:t>
      </w:r>
    </w:p>
    <w:p w14:paraId="43D6B48A" w14:textId="77777777" w:rsidR="0081006A" w:rsidRDefault="00000000" w:rsidP="00E32B5E">
      <w:pPr>
        <w:pStyle w:val="ListBullet"/>
        <w:ind w:firstLine="360"/>
      </w:pPr>
      <w:r>
        <w:t>If this is a re-inspection, a side-by-side comparison with the original inspection showing score improvements or regressions for each item.</w:t>
      </w:r>
    </w:p>
    <w:p w14:paraId="1ED8DA85" w14:textId="77777777" w:rsidR="0081006A" w:rsidRDefault="00000000" w:rsidP="00E32B5E">
      <w:pPr>
        <w:pStyle w:val="Heading2"/>
        <w:ind w:firstLine="360"/>
      </w:pPr>
      <w:bookmarkStart w:id="23" w:name="_Toc231817803"/>
      <w:r>
        <w:t>Exporting to PDF</w:t>
      </w:r>
      <w:bookmarkEnd w:id="23"/>
    </w:p>
    <w:p w14:paraId="0043D645" w14:textId="77777777" w:rsidR="0081006A" w:rsidRDefault="00000000" w:rsidP="00E32B5E">
      <w:pPr>
        <w:ind w:firstLine="360"/>
      </w:pPr>
      <w:r>
        <w:t>From the Inspection Detail page, click the Export to PDF button. A formatted PDF report will download to your device. The PDF preserves all checklist items, scores, photos, and issue summaries.</w:t>
      </w:r>
    </w:p>
    <w:p w14:paraId="50FB5CA7" w14:textId="77777777" w:rsidR="0081006A" w:rsidRDefault="00000000">
      <w:pPr>
        <w:pStyle w:val="Heading1"/>
      </w:pPr>
      <w:bookmarkStart w:id="24" w:name="_Toc231817804"/>
      <w:r>
        <w:t>6.  Issues</w:t>
      </w:r>
      <w:bookmarkEnd w:id="24"/>
    </w:p>
    <w:p w14:paraId="561E5BA4" w14:textId="77777777" w:rsidR="0081006A" w:rsidRDefault="00000000">
      <w:r>
        <w:t>Issues are defects, safety concerns, or non-conformances identified during inspections or by staff. The Issues section lets you monitor the status of every open issue at your facilities.</w:t>
      </w:r>
    </w:p>
    <w:p w14:paraId="65AE8EC6" w14:textId="77777777" w:rsidR="0081006A" w:rsidRDefault="00000000" w:rsidP="00E32B5E">
      <w:pPr>
        <w:pStyle w:val="Heading2"/>
        <w:ind w:firstLine="360"/>
      </w:pPr>
      <w:bookmarkStart w:id="25" w:name="_Toc231817805"/>
      <w:r>
        <w:t>Issues List</w:t>
      </w:r>
      <w:bookmarkEnd w:id="25"/>
    </w:p>
    <w:p w14:paraId="74A826DB" w14:textId="0C6975EA" w:rsidR="0081006A" w:rsidRDefault="00000000" w:rsidP="00E32B5E">
      <w:pPr>
        <w:ind w:firstLine="360"/>
      </w:pPr>
      <w:r>
        <w:t xml:space="preserve">Navigate to Issues in the top menu. Issues at your assigned facilities are listed </w:t>
      </w:r>
      <w:r w:rsidR="003E458D">
        <w:t>in the most recent order</w:t>
      </w:r>
      <w:r>
        <w:t>, 25 per page.</w:t>
      </w:r>
    </w:p>
    <w:p w14:paraId="71E79318" w14:textId="77777777" w:rsidR="0081006A" w:rsidRDefault="00000000" w:rsidP="00E32B5E">
      <w:pPr>
        <w:pStyle w:val="Heading3"/>
        <w:ind w:firstLine="360"/>
      </w:pPr>
      <w:bookmarkStart w:id="26" w:name="_Toc231817806"/>
      <w:r>
        <w:t>Columns</w:t>
      </w:r>
      <w:bookmarkEnd w:id="26"/>
    </w:p>
    <w:tbl>
      <w:tblPr>
        <w:tblStyle w:val="TableGrid"/>
        <w:tblW w:w="0" w:type="auto"/>
        <w:tblLook w:val="04A0" w:firstRow="1" w:lastRow="0" w:firstColumn="1" w:lastColumn="0" w:noHBand="0" w:noVBand="1"/>
      </w:tblPr>
      <w:tblGrid>
        <w:gridCol w:w="4703"/>
        <w:gridCol w:w="4703"/>
      </w:tblGrid>
      <w:tr w:rsidR="0081006A" w14:paraId="056B73CC" w14:textId="77777777">
        <w:tc>
          <w:tcPr>
            <w:tcW w:w="4703" w:type="dxa"/>
            <w:shd w:val="clear" w:color="auto" w:fill="D9E1F2"/>
          </w:tcPr>
          <w:p w14:paraId="5C030384" w14:textId="77777777" w:rsidR="0081006A" w:rsidRDefault="00000000" w:rsidP="00E32B5E">
            <w:pPr>
              <w:ind w:firstLine="360"/>
            </w:pPr>
            <w:r>
              <w:rPr>
                <w:b/>
              </w:rPr>
              <w:t>Column</w:t>
            </w:r>
          </w:p>
        </w:tc>
        <w:tc>
          <w:tcPr>
            <w:tcW w:w="4703" w:type="dxa"/>
            <w:shd w:val="clear" w:color="auto" w:fill="D9E1F2"/>
          </w:tcPr>
          <w:p w14:paraId="7AAACC45" w14:textId="77777777" w:rsidR="0081006A" w:rsidRDefault="00000000" w:rsidP="00E32B5E">
            <w:pPr>
              <w:ind w:firstLine="360"/>
            </w:pPr>
            <w:r>
              <w:rPr>
                <w:b/>
              </w:rPr>
              <w:t>Description</w:t>
            </w:r>
          </w:p>
        </w:tc>
      </w:tr>
      <w:tr w:rsidR="0081006A" w14:paraId="14D66927" w14:textId="77777777">
        <w:tc>
          <w:tcPr>
            <w:tcW w:w="4703" w:type="dxa"/>
          </w:tcPr>
          <w:p w14:paraId="06460EFD" w14:textId="77777777" w:rsidR="0081006A" w:rsidRDefault="00000000" w:rsidP="00E32B5E">
            <w:pPr>
              <w:ind w:firstLine="360"/>
            </w:pPr>
            <w:r>
              <w:t>Reported</w:t>
            </w:r>
          </w:p>
        </w:tc>
        <w:tc>
          <w:tcPr>
            <w:tcW w:w="4703" w:type="dxa"/>
          </w:tcPr>
          <w:p w14:paraId="48B9A407" w14:textId="77777777" w:rsidR="0081006A" w:rsidRDefault="00000000" w:rsidP="00E32B5E">
            <w:pPr>
              <w:ind w:firstLine="360"/>
            </w:pPr>
            <w:r>
              <w:t>Date and time the issue was reported.</w:t>
            </w:r>
          </w:p>
        </w:tc>
      </w:tr>
      <w:tr w:rsidR="0081006A" w14:paraId="4E3020E1" w14:textId="77777777">
        <w:tc>
          <w:tcPr>
            <w:tcW w:w="4703" w:type="dxa"/>
          </w:tcPr>
          <w:p w14:paraId="008CB106" w14:textId="77777777" w:rsidR="0081006A" w:rsidRDefault="00000000" w:rsidP="00E32B5E">
            <w:pPr>
              <w:ind w:firstLine="360"/>
            </w:pPr>
            <w:r>
              <w:t>Severity</w:t>
            </w:r>
          </w:p>
        </w:tc>
        <w:tc>
          <w:tcPr>
            <w:tcW w:w="4703" w:type="dxa"/>
          </w:tcPr>
          <w:p w14:paraId="306FDAF8" w14:textId="2537A3DC" w:rsidR="0081006A" w:rsidRDefault="00000000" w:rsidP="00E32B5E">
            <w:pPr>
              <w:ind w:firstLine="360"/>
            </w:pPr>
            <w:r>
              <w:t xml:space="preserve">Critical, High, Medium, or Low — </w:t>
            </w:r>
            <w:r w:rsidR="003E458D">
              <w:t>color-coded</w:t>
            </w:r>
            <w:r>
              <w:t>.</w:t>
            </w:r>
          </w:p>
        </w:tc>
      </w:tr>
      <w:tr w:rsidR="0081006A" w14:paraId="2FB3E672" w14:textId="77777777">
        <w:tc>
          <w:tcPr>
            <w:tcW w:w="4703" w:type="dxa"/>
          </w:tcPr>
          <w:p w14:paraId="276A3357" w14:textId="77777777" w:rsidR="0081006A" w:rsidRDefault="00000000" w:rsidP="00E32B5E">
            <w:pPr>
              <w:ind w:firstLine="360"/>
            </w:pPr>
            <w:r>
              <w:t>Contract</w:t>
            </w:r>
          </w:p>
        </w:tc>
        <w:tc>
          <w:tcPr>
            <w:tcW w:w="4703" w:type="dxa"/>
          </w:tcPr>
          <w:p w14:paraId="30405970" w14:textId="2F1BEA63" w:rsidR="0081006A" w:rsidRDefault="00000000" w:rsidP="00E32B5E">
            <w:pPr>
              <w:ind w:firstLine="360"/>
            </w:pPr>
            <w:r>
              <w:t xml:space="preserve">The service contract </w:t>
            </w:r>
            <w:r w:rsidR="003E458D">
              <w:t xml:space="preserve">to which the facility </w:t>
            </w:r>
            <w:r w:rsidR="003E458D">
              <w:lastRenderedPageBreak/>
              <w:t>belongs</w:t>
            </w:r>
            <w:r>
              <w:t>.</w:t>
            </w:r>
          </w:p>
        </w:tc>
      </w:tr>
      <w:tr w:rsidR="0081006A" w14:paraId="46601B02" w14:textId="77777777">
        <w:tc>
          <w:tcPr>
            <w:tcW w:w="4703" w:type="dxa"/>
          </w:tcPr>
          <w:p w14:paraId="239C6534" w14:textId="77777777" w:rsidR="0081006A" w:rsidRDefault="00000000" w:rsidP="00E32B5E">
            <w:pPr>
              <w:ind w:firstLine="360"/>
            </w:pPr>
            <w:r>
              <w:lastRenderedPageBreak/>
              <w:t>Facility / Area</w:t>
            </w:r>
          </w:p>
        </w:tc>
        <w:tc>
          <w:tcPr>
            <w:tcW w:w="4703" w:type="dxa"/>
          </w:tcPr>
          <w:p w14:paraId="41E341CD" w14:textId="77777777" w:rsidR="0081006A" w:rsidRDefault="00000000" w:rsidP="00E32B5E">
            <w:pPr>
              <w:ind w:firstLine="360"/>
            </w:pPr>
            <w:r>
              <w:t>Where the issue was found.</w:t>
            </w:r>
          </w:p>
        </w:tc>
      </w:tr>
      <w:tr w:rsidR="0081006A" w14:paraId="1C2BC15E" w14:textId="77777777">
        <w:tc>
          <w:tcPr>
            <w:tcW w:w="4703" w:type="dxa"/>
          </w:tcPr>
          <w:p w14:paraId="6FF8E4C7" w14:textId="77777777" w:rsidR="0081006A" w:rsidRDefault="00000000" w:rsidP="00E32B5E">
            <w:pPr>
              <w:ind w:firstLine="360"/>
            </w:pPr>
            <w:r>
              <w:t>Description</w:t>
            </w:r>
          </w:p>
        </w:tc>
        <w:tc>
          <w:tcPr>
            <w:tcW w:w="4703" w:type="dxa"/>
          </w:tcPr>
          <w:p w14:paraId="3A6DAA51" w14:textId="77777777" w:rsidR="0081006A" w:rsidRDefault="00000000" w:rsidP="00E32B5E">
            <w:pPr>
              <w:ind w:firstLine="360"/>
            </w:pPr>
            <w:r>
              <w:t>Brief description (click View for the full text).</w:t>
            </w:r>
          </w:p>
        </w:tc>
      </w:tr>
      <w:tr w:rsidR="0081006A" w14:paraId="41D9DD9B" w14:textId="77777777">
        <w:tc>
          <w:tcPr>
            <w:tcW w:w="4703" w:type="dxa"/>
          </w:tcPr>
          <w:p w14:paraId="55A5E1C1" w14:textId="77777777" w:rsidR="0081006A" w:rsidRDefault="00000000" w:rsidP="00E32B5E">
            <w:pPr>
              <w:ind w:firstLine="360"/>
            </w:pPr>
            <w:r>
              <w:t>Status</w:t>
            </w:r>
          </w:p>
        </w:tc>
        <w:tc>
          <w:tcPr>
            <w:tcW w:w="4703" w:type="dxa"/>
          </w:tcPr>
          <w:p w14:paraId="57D28234" w14:textId="77777777" w:rsidR="0081006A" w:rsidRDefault="00000000" w:rsidP="00E32B5E">
            <w:pPr>
              <w:ind w:firstLine="360"/>
            </w:pPr>
            <w:r>
              <w:t>Open, In Progress, Pending Verification, or Resolved.</w:t>
            </w:r>
          </w:p>
        </w:tc>
      </w:tr>
      <w:tr w:rsidR="0081006A" w14:paraId="7C18FA35" w14:textId="77777777">
        <w:tc>
          <w:tcPr>
            <w:tcW w:w="4703" w:type="dxa"/>
          </w:tcPr>
          <w:p w14:paraId="5E175F8B" w14:textId="77777777" w:rsidR="0081006A" w:rsidRDefault="00000000" w:rsidP="00E32B5E">
            <w:pPr>
              <w:ind w:firstLine="360"/>
            </w:pPr>
            <w:r>
              <w:t>SLA</w:t>
            </w:r>
          </w:p>
        </w:tc>
        <w:tc>
          <w:tcPr>
            <w:tcW w:w="4703" w:type="dxa"/>
          </w:tcPr>
          <w:p w14:paraId="41B94857" w14:textId="77777777" w:rsidR="0081006A" w:rsidRDefault="00000000" w:rsidP="00E32B5E">
            <w:pPr>
              <w:ind w:firstLine="360"/>
            </w:pPr>
            <w:r>
              <w:t>Time remaining to resolve (or "Breached" in red if overdue).</w:t>
            </w:r>
          </w:p>
        </w:tc>
      </w:tr>
      <w:tr w:rsidR="0081006A" w14:paraId="24017631" w14:textId="77777777">
        <w:tc>
          <w:tcPr>
            <w:tcW w:w="4703" w:type="dxa"/>
          </w:tcPr>
          <w:p w14:paraId="6543C3D4" w14:textId="77777777" w:rsidR="0081006A" w:rsidRDefault="00000000" w:rsidP="00E32B5E">
            <w:pPr>
              <w:ind w:firstLine="360"/>
            </w:pPr>
            <w:r>
              <w:t>Assigned To</w:t>
            </w:r>
          </w:p>
        </w:tc>
        <w:tc>
          <w:tcPr>
            <w:tcW w:w="4703" w:type="dxa"/>
          </w:tcPr>
          <w:p w14:paraId="73BC9087" w14:textId="77777777" w:rsidR="0081006A" w:rsidRDefault="00000000" w:rsidP="00E32B5E">
            <w:pPr>
              <w:ind w:firstLine="360"/>
            </w:pPr>
            <w:r>
              <w:t>Staff member currently responsible for the issue.</w:t>
            </w:r>
          </w:p>
        </w:tc>
      </w:tr>
    </w:tbl>
    <w:p w14:paraId="6720060C" w14:textId="77777777" w:rsidR="0081006A" w:rsidRDefault="0081006A" w:rsidP="00E32B5E">
      <w:pPr>
        <w:ind w:firstLine="360"/>
      </w:pPr>
    </w:p>
    <w:p w14:paraId="5294E8CE" w14:textId="77777777" w:rsidR="0081006A" w:rsidRDefault="00000000" w:rsidP="00E32B5E">
      <w:pPr>
        <w:pStyle w:val="Heading3"/>
        <w:ind w:firstLine="360"/>
      </w:pPr>
      <w:bookmarkStart w:id="27" w:name="_Toc231817807"/>
      <w:r>
        <w:t>Severity Levels</w:t>
      </w:r>
      <w:bookmarkEnd w:id="27"/>
    </w:p>
    <w:tbl>
      <w:tblPr>
        <w:tblStyle w:val="TableGrid"/>
        <w:tblW w:w="0" w:type="auto"/>
        <w:tblLook w:val="04A0" w:firstRow="1" w:lastRow="0" w:firstColumn="1" w:lastColumn="0" w:noHBand="0" w:noVBand="1"/>
      </w:tblPr>
      <w:tblGrid>
        <w:gridCol w:w="3135"/>
        <w:gridCol w:w="3135"/>
        <w:gridCol w:w="3135"/>
      </w:tblGrid>
      <w:tr w:rsidR="0081006A" w14:paraId="73DD6BCE" w14:textId="77777777">
        <w:tc>
          <w:tcPr>
            <w:tcW w:w="3135" w:type="dxa"/>
            <w:shd w:val="clear" w:color="auto" w:fill="D9E1F2"/>
          </w:tcPr>
          <w:p w14:paraId="35B3F6A3" w14:textId="77777777" w:rsidR="0081006A" w:rsidRDefault="00000000" w:rsidP="00E32B5E">
            <w:pPr>
              <w:ind w:firstLine="360"/>
            </w:pPr>
            <w:r>
              <w:rPr>
                <w:b/>
              </w:rPr>
              <w:t>Severity</w:t>
            </w:r>
          </w:p>
        </w:tc>
        <w:tc>
          <w:tcPr>
            <w:tcW w:w="3135" w:type="dxa"/>
            <w:shd w:val="clear" w:color="auto" w:fill="D9E1F2"/>
          </w:tcPr>
          <w:p w14:paraId="54098FD9" w14:textId="77777777" w:rsidR="0081006A" w:rsidRDefault="00000000" w:rsidP="00E32B5E">
            <w:pPr>
              <w:ind w:firstLine="360"/>
            </w:pPr>
            <w:r>
              <w:rPr>
                <w:b/>
              </w:rPr>
              <w:t>Resolution Window</w:t>
            </w:r>
          </w:p>
        </w:tc>
        <w:tc>
          <w:tcPr>
            <w:tcW w:w="3135" w:type="dxa"/>
            <w:shd w:val="clear" w:color="auto" w:fill="D9E1F2"/>
          </w:tcPr>
          <w:p w14:paraId="0DE0605C" w14:textId="77777777" w:rsidR="0081006A" w:rsidRDefault="00000000" w:rsidP="00E32B5E">
            <w:pPr>
              <w:ind w:firstLine="360"/>
            </w:pPr>
            <w:r>
              <w:rPr>
                <w:b/>
              </w:rPr>
              <w:t>Meaning</w:t>
            </w:r>
          </w:p>
        </w:tc>
      </w:tr>
      <w:tr w:rsidR="0081006A" w14:paraId="7D7B84CA" w14:textId="77777777">
        <w:tc>
          <w:tcPr>
            <w:tcW w:w="3135" w:type="dxa"/>
          </w:tcPr>
          <w:p w14:paraId="107DBB7E" w14:textId="77777777" w:rsidR="0081006A" w:rsidRDefault="00000000" w:rsidP="00E32B5E">
            <w:pPr>
              <w:ind w:firstLine="360"/>
            </w:pPr>
            <w:r>
              <w:t>Critical</w:t>
            </w:r>
          </w:p>
        </w:tc>
        <w:tc>
          <w:tcPr>
            <w:tcW w:w="3135" w:type="dxa"/>
          </w:tcPr>
          <w:p w14:paraId="428E9BC7" w14:textId="77777777" w:rsidR="0081006A" w:rsidRDefault="00000000" w:rsidP="00E32B5E">
            <w:pPr>
              <w:ind w:firstLine="360"/>
            </w:pPr>
            <w:r>
              <w:t>4 hours</w:t>
            </w:r>
          </w:p>
        </w:tc>
        <w:tc>
          <w:tcPr>
            <w:tcW w:w="3135" w:type="dxa"/>
          </w:tcPr>
          <w:p w14:paraId="73FAF450" w14:textId="77777777" w:rsidR="0081006A" w:rsidRDefault="00000000" w:rsidP="00E32B5E">
            <w:pPr>
              <w:ind w:firstLine="360"/>
            </w:pPr>
            <w:r>
              <w:t>Immediate safety or compliance risk.</w:t>
            </w:r>
          </w:p>
        </w:tc>
      </w:tr>
      <w:tr w:rsidR="0081006A" w14:paraId="15785D17" w14:textId="77777777">
        <w:tc>
          <w:tcPr>
            <w:tcW w:w="3135" w:type="dxa"/>
          </w:tcPr>
          <w:p w14:paraId="06A23099" w14:textId="77777777" w:rsidR="0081006A" w:rsidRDefault="00000000" w:rsidP="00E32B5E">
            <w:pPr>
              <w:ind w:firstLine="360"/>
            </w:pPr>
            <w:r>
              <w:t>High</w:t>
            </w:r>
          </w:p>
        </w:tc>
        <w:tc>
          <w:tcPr>
            <w:tcW w:w="3135" w:type="dxa"/>
          </w:tcPr>
          <w:p w14:paraId="172F10C3" w14:textId="77777777" w:rsidR="0081006A" w:rsidRDefault="00000000" w:rsidP="00E32B5E">
            <w:pPr>
              <w:ind w:firstLine="360"/>
            </w:pPr>
            <w:r>
              <w:t>24 hours</w:t>
            </w:r>
          </w:p>
        </w:tc>
        <w:tc>
          <w:tcPr>
            <w:tcW w:w="3135" w:type="dxa"/>
          </w:tcPr>
          <w:p w14:paraId="03A2BEA4" w14:textId="77777777" w:rsidR="0081006A" w:rsidRDefault="00000000" w:rsidP="00E32B5E">
            <w:pPr>
              <w:ind w:firstLine="360"/>
            </w:pPr>
            <w:r>
              <w:t>Significant defect requiring same-day attention.</w:t>
            </w:r>
          </w:p>
        </w:tc>
      </w:tr>
      <w:tr w:rsidR="0081006A" w14:paraId="11BFE23F" w14:textId="77777777">
        <w:tc>
          <w:tcPr>
            <w:tcW w:w="3135" w:type="dxa"/>
          </w:tcPr>
          <w:p w14:paraId="45980815" w14:textId="77777777" w:rsidR="0081006A" w:rsidRDefault="00000000" w:rsidP="00E32B5E">
            <w:pPr>
              <w:ind w:firstLine="360"/>
            </w:pPr>
            <w:r>
              <w:t>Medium</w:t>
            </w:r>
          </w:p>
        </w:tc>
        <w:tc>
          <w:tcPr>
            <w:tcW w:w="3135" w:type="dxa"/>
          </w:tcPr>
          <w:p w14:paraId="747AE777" w14:textId="77777777" w:rsidR="0081006A" w:rsidRDefault="00000000" w:rsidP="00E32B5E">
            <w:pPr>
              <w:ind w:firstLine="360"/>
            </w:pPr>
            <w:r>
              <w:t>72 hours</w:t>
            </w:r>
          </w:p>
        </w:tc>
        <w:tc>
          <w:tcPr>
            <w:tcW w:w="3135" w:type="dxa"/>
          </w:tcPr>
          <w:p w14:paraId="2A0EB844" w14:textId="77777777" w:rsidR="0081006A" w:rsidRDefault="00000000" w:rsidP="00E32B5E">
            <w:pPr>
              <w:ind w:firstLine="360"/>
            </w:pPr>
            <w:r>
              <w:t>Notable issue to be resolved within 3 days.</w:t>
            </w:r>
          </w:p>
        </w:tc>
      </w:tr>
      <w:tr w:rsidR="0081006A" w14:paraId="567ED1B4" w14:textId="77777777">
        <w:tc>
          <w:tcPr>
            <w:tcW w:w="3135" w:type="dxa"/>
          </w:tcPr>
          <w:p w14:paraId="095740B0" w14:textId="77777777" w:rsidR="0081006A" w:rsidRDefault="00000000" w:rsidP="00E32B5E">
            <w:pPr>
              <w:ind w:firstLine="360"/>
            </w:pPr>
            <w:r>
              <w:t>Low</w:t>
            </w:r>
          </w:p>
        </w:tc>
        <w:tc>
          <w:tcPr>
            <w:tcW w:w="3135" w:type="dxa"/>
          </w:tcPr>
          <w:p w14:paraId="73596372" w14:textId="77777777" w:rsidR="0081006A" w:rsidRDefault="00000000" w:rsidP="00E32B5E">
            <w:pPr>
              <w:ind w:firstLine="360"/>
            </w:pPr>
            <w:r>
              <w:t>168 hours</w:t>
            </w:r>
          </w:p>
        </w:tc>
        <w:tc>
          <w:tcPr>
            <w:tcW w:w="3135" w:type="dxa"/>
          </w:tcPr>
          <w:p w14:paraId="4748FF81" w14:textId="77777777" w:rsidR="0081006A" w:rsidRDefault="00000000" w:rsidP="00E32B5E">
            <w:pPr>
              <w:ind w:firstLine="360"/>
            </w:pPr>
            <w:r>
              <w:t>Minor issue; resolve within 7 days.</w:t>
            </w:r>
          </w:p>
        </w:tc>
      </w:tr>
    </w:tbl>
    <w:p w14:paraId="5A3FB810" w14:textId="77777777" w:rsidR="0081006A" w:rsidRDefault="0081006A" w:rsidP="00E32B5E">
      <w:pPr>
        <w:ind w:firstLine="360"/>
      </w:pPr>
    </w:p>
    <w:p w14:paraId="59851733" w14:textId="77777777" w:rsidR="0081006A" w:rsidRDefault="00000000" w:rsidP="00E32B5E">
      <w:pPr>
        <w:pStyle w:val="Heading3"/>
        <w:ind w:firstLine="360"/>
      </w:pPr>
      <w:bookmarkStart w:id="28" w:name="_Toc231817808"/>
      <w:r>
        <w:t>Filters</w:t>
      </w:r>
      <w:bookmarkEnd w:id="28"/>
    </w:p>
    <w:p w14:paraId="61D7F41D" w14:textId="77777777" w:rsidR="0081006A" w:rsidRDefault="00000000" w:rsidP="00E32B5E">
      <w:pPr>
        <w:ind w:firstLine="360"/>
      </w:pPr>
      <w:r>
        <w:t>Use the filter bar to narrow the Issues list:</w:t>
      </w:r>
    </w:p>
    <w:p w14:paraId="34BCEEA7" w14:textId="77777777" w:rsidR="0081006A" w:rsidRDefault="00000000" w:rsidP="00E32B5E">
      <w:pPr>
        <w:pStyle w:val="ListBullet"/>
        <w:ind w:firstLine="360"/>
      </w:pPr>
      <w:r>
        <w:t>Severity — Critical, High, Medium, Low.</w:t>
      </w:r>
    </w:p>
    <w:p w14:paraId="4F1C48A5" w14:textId="77777777" w:rsidR="0081006A" w:rsidRDefault="00000000" w:rsidP="00E32B5E">
      <w:pPr>
        <w:pStyle w:val="ListBullet"/>
        <w:ind w:firstLine="360"/>
      </w:pPr>
      <w:r>
        <w:t>Status — Open, In Progress, Pending Verification, Resolved.</w:t>
      </w:r>
    </w:p>
    <w:p w14:paraId="0B1BC2D4" w14:textId="77777777" w:rsidR="0081006A" w:rsidRDefault="00000000" w:rsidP="00E32B5E">
      <w:pPr>
        <w:pStyle w:val="ListBullet"/>
        <w:ind w:firstLine="360"/>
      </w:pPr>
      <w:r>
        <w:t>SLA — Breached, At Risk, or OK.</w:t>
      </w:r>
    </w:p>
    <w:p w14:paraId="430DED2C" w14:textId="77777777" w:rsidR="0081006A" w:rsidRDefault="00000000" w:rsidP="00E32B5E">
      <w:pPr>
        <w:pStyle w:val="ListBullet"/>
        <w:ind w:firstLine="360"/>
      </w:pPr>
      <w:r>
        <w:t>Contract — your assigned contracts only.</w:t>
      </w:r>
    </w:p>
    <w:p w14:paraId="085086A2" w14:textId="77777777" w:rsidR="0081006A" w:rsidRDefault="00000000" w:rsidP="00E32B5E">
      <w:pPr>
        <w:pStyle w:val="ListBullet"/>
        <w:ind w:firstLine="360"/>
      </w:pPr>
      <w:r>
        <w:t>Facility — narrows automatically when a Contract is selected.</w:t>
      </w:r>
    </w:p>
    <w:p w14:paraId="14499992" w14:textId="44244C67" w:rsidR="0081006A" w:rsidRDefault="00000000" w:rsidP="00E32B5E">
      <w:pPr>
        <w:pStyle w:val="Heading3"/>
        <w:ind w:firstLine="360"/>
      </w:pPr>
      <w:bookmarkStart w:id="29" w:name="_Toc231817809"/>
      <w:r>
        <w:t xml:space="preserve">Row </w:t>
      </w:r>
      <w:r w:rsidR="003E458D">
        <w:t>Color</w:t>
      </w:r>
      <w:r>
        <w:t xml:space="preserve"> Coding</w:t>
      </w:r>
      <w:bookmarkEnd w:id="29"/>
    </w:p>
    <w:p w14:paraId="669529AA" w14:textId="77777777" w:rsidR="0081006A" w:rsidRDefault="00000000" w:rsidP="00E32B5E">
      <w:pPr>
        <w:pStyle w:val="ListBullet"/>
        <w:ind w:firstLine="360"/>
      </w:pPr>
      <w:r>
        <w:t>Red row — SLA has been breached (resolution deadline passed).</w:t>
      </w:r>
    </w:p>
    <w:p w14:paraId="036C3E5F" w14:textId="77777777" w:rsidR="0081006A" w:rsidRDefault="00000000" w:rsidP="00E32B5E">
      <w:pPr>
        <w:pStyle w:val="ListBullet"/>
        <w:ind w:firstLine="360"/>
      </w:pPr>
      <w:r>
        <w:t>Amber row — SLA is at risk (deadline approaching).</w:t>
      </w:r>
    </w:p>
    <w:p w14:paraId="6AA16D4B" w14:textId="77777777" w:rsidR="0081006A" w:rsidRDefault="00000000" w:rsidP="00E32B5E">
      <w:pPr>
        <w:pStyle w:val="ListBullet"/>
        <w:ind w:firstLine="360"/>
      </w:pPr>
      <w:r>
        <w:t>White row — SLA is within acceptable limits.</w:t>
      </w:r>
    </w:p>
    <w:p w14:paraId="4DEACB95" w14:textId="77777777" w:rsidR="0081006A" w:rsidRDefault="00000000" w:rsidP="00E32B5E">
      <w:pPr>
        <w:pStyle w:val="Heading2"/>
        <w:ind w:firstLine="360"/>
      </w:pPr>
      <w:bookmarkStart w:id="30" w:name="_Toc231817810"/>
      <w:r>
        <w:t>Viewing an Issue</w:t>
      </w:r>
      <w:bookmarkEnd w:id="30"/>
    </w:p>
    <w:p w14:paraId="4390FE34" w14:textId="77777777" w:rsidR="0081006A" w:rsidRDefault="00000000" w:rsidP="00E32B5E">
      <w:pPr>
        <w:ind w:firstLine="360"/>
      </w:pPr>
      <w:r>
        <w:t>Click View on any issue row. The Issue Detail page shows:</w:t>
      </w:r>
    </w:p>
    <w:p w14:paraId="2C74DA06" w14:textId="77777777" w:rsidR="0081006A" w:rsidRDefault="00000000" w:rsidP="00E32B5E">
      <w:pPr>
        <w:pStyle w:val="ListBullet"/>
        <w:ind w:firstLine="360"/>
      </w:pPr>
      <w:r>
        <w:t>Issue number, severity badge, and current status.</w:t>
      </w:r>
    </w:p>
    <w:p w14:paraId="19DCD673" w14:textId="77777777" w:rsidR="0081006A" w:rsidRDefault="00000000" w:rsidP="00E32B5E">
      <w:pPr>
        <w:pStyle w:val="ListBullet"/>
        <w:ind w:firstLine="360"/>
      </w:pPr>
      <w:r>
        <w:t>Reported date, facility, area, related inspection (if flagged during an inspection), and the staff member it is assigned to.</w:t>
      </w:r>
    </w:p>
    <w:p w14:paraId="481BAB14" w14:textId="77777777" w:rsidR="0081006A" w:rsidRDefault="00000000" w:rsidP="00E32B5E">
      <w:pPr>
        <w:pStyle w:val="ListBullet"/>
        <w:ind w:firstLine="360"/>
      </w:pPr>
      <w:r>
        <w:t>Full description.</w:t>
      </w:r>
    </w:p>
    <w:p w14:paraId="687F0C09" w14:textId="77777777" w:rsidR="0081006A" w:rsidRDefault="00000000" w:rsidP="00E32B5E">
      <w:pPr>
        <w:pStyle w:val="ListBullet"/>
        <w:ind w:firstLine="360"/>
      </w:pPr>
      <w:r>
        <w:t>Photo Evidence — photos uploaded when the issue was reported or added by staff.</w:t>
      </w:r>
    </w:p>
    <w:p w14:paraId="6CFD9314" w14:textId="77777777" w:rsidR="0081006A" w:rsidRDefault="00000000" w:rsidP="00E32B5E">
      <w:pPr>
        <w:pStyle w:val="ListBullet"/>
        <w:ind w:firstLine="360"/>
      </w:pPr>
      <w:r>
        <w:t>Resolution Details — notes and photos added by staff when the issue was resolved.</w:t>
      </w:r>
    </w:p>
    <w:p w14:paraId="57004FFD" w14:textId="77777777" w:rsidR="0081006A" w:rsidRDefault="00000000" w:rsidP="00E32B5E">
      <w:pPr>
        <w:pStyle w:val="ListBullet"/>
        <w:ind w:firstLine="360"/>
      </w:pPr>
      <w:r>
        <w:lastRenderedPageBreak/>
        <w:t>Verification status — shows who verified the resolution and when.</w:t>
      </w:r>
    </w:p>
    <w:p w14:paraId="42098223" w14:textId="77777777" w:rsidR="0081006A" w:rsidRDefault="00000000" w:rsidP="00E32B5E">
      <w:pPr>
        <w:pStyle w:val="ListBullet"/>
        <w:ind w:firstLine="360"/>
      </w:pPr>
      <w:r>
        <w:t>Update History — a chronological log of all status changes and comments made by staff.</w:t>
      </w:r>
    </w:p>
    <w:p w14:paraId="01D261C5" w14:textId="77777777" w:rsidR="0081006A" w:rsidRDefault="00000000" w:rsidP="00E32B5E">
      <w:pPr>
        <w:pStyle w:val="Heading2"/>
        <w:ind w:firstLine="360"/>
      </w:pPr>
      <w:bookmarkStart w:id="31" w:name="_Toc231817811"/>
      <w:r>
        <w:t>Following an Issue</w:t>
      </w:r>
      <w:bookmarkEnd w:id="31"/>
    </w:p>
    <w:p w14:paraId="7EFD6900" w14:textId="77777777" w:rsidR="0081006A" w:rsidRDefault="00000000" w:rsidP="00E32B5E">
      <w:pPr>
        <w:ind w:firstLine="360"/>
      </w:pPr>
      <w:r>
        <w:t>You can subscribe to any issue to receive email notifications whenever its status changes or a new comment is added. On the Issue Detail page:</w:t>
      </w:r>
    </w:p>
    <w:p w14:paraId="5AB22C2C" w14:textId="77777777" w:rsidR="0081006A" w:rsidRDefault="00000000" w:rsidP="00E32B5E">
      <w:pPr>
        <w:pStyle w:val="ListBullet"/>
        <w:ind w:firstLine="360"/>
      </w:pPr>
      <w:r>
        <w:t>Click Follow Issue to subscribe.</w:t>
      </w:r>
    </w:p>
    <w:p w14:paraId="0055789E" w14:textId="77777777" w:rsidR="0081006A" w:rsidRDefault="00000000" w:rsidP="00E32B5E">
      <w:pPr>
        <w:pStyle w:val="ListBullet"/>
        <w:ind w:firstLine="360"/>
      </w:pPr>
      <w:r>
        <w:t>Click Unfollow to stop receiving updates.</w:t>
      </w:r>
    </w:p>
    <w:p w14:paraId="6A00F6B3" w14:textId="77777777" w:rsidR="0081006A" w:rsidRDefault="00000000" w:rsidP="00E32B5E">
      <w:pPr>
        <w:ind w:firstLine="360"/>
      </w:pPr>
      <w:r>
        <w:t>The card on the right side of the issue page shows your current follow status and the total number of followers.</w:t>
      </w:r>
    </w:p>
    <w:p w14:paraId="42051ECD" w14:textId="77777777" w:rsidR="0081006A" w:rsidRDefault="00000000" w:rsidP="00E32B5E">
      <w:pPr>
        <w:ind w:left="340" w:firstLine="360"/>
      </w:pPr>
      <w:r>
        <w:rPr>
          <w:b/>
          <w:color w:val="0D6EFD"/>
        </w:rPr>
        <w:t xml:space="preserve">Note: </w:t>
      </w:r>
      <w:r>
        <w:rPr>
          <w:color w:val="0D6EFD"/>
        </w:rPr>
        <w:t>You do not need to follow an issue to view it — following only controls whether you receive email notifications.</w:t>
      </w:r>
    </w:p>
    <w:p w14:paraId="6DC3E943" w14:textId="77777777" w:rsidR="0081006A" w:rsidRDefault="00000000">
      <w:pPr>
        <w:pStyle w:val="Heading1"/>
      </w:pPr>
      <w:bookmarkStart w:id="32" w:name="_Toc231817812"/>
      <w:r>
        <w:t>7.  Reports &amp; Analytics</w:t>
      </w:r>
      <w:bookmarkEnd w:id="32"/>
    </w:p>
    <w:p w14:paraId="0FD8A2E2" w14:textId="77777777" w:rsidR="0081006A" w:rsidRDefault="00000000" w:rsidP="00E90EDA">
      <w:pPr>
        <w:ind w:firstLine="360"/>
      </w:pPr>
      <w:r>
        <w:t>The Reports section provides charts, statistics, and exportable data covering inspections and issues at your assigned facilities.</w:t>
      </w:r>
    </w:p>
    <w:p w14:paraId="04ED6F2E" w14:textId="77777777" w:rsidR="0081006A" w:rsidRDefault="00000000" w:rsidP="00E90EDA">
      <w:pPr>
        <w:pStyle w:val="Heading2"/>
        <w:ind w:firstLine="360"/>
      </w:pPr>
      <w:bookmarkStart w:id="33" w:name="_Toc231817813"/>
      <w:r>
        <w:t>Overview Dashboard</w:t>
      </w:r>
      <w:bookmarkEnd w:id="33"/>
    </w:p>
    <w:p w14:paraId="23CED83B" w14:textId="77777777" w:rsidR="0081006A" w:rsidRDefault="00000000" w:rsidP="00E90EDA">
      <w:pPr>
        <w:ind w:firstLine="360"/>
      </w:pPr>
      <w:r>
        <w:t>Navigate to Reports &amp; Analytics in the top menu. The overview page includes:</w:t>
      </w:r>
    </w:p>
    <w:p w14:paraId="514A22D4" w14:textId="77777777" w:rsidR="0081006A" w:rsidRDefault="00000000" w:rsidP="00E90EDA">
      <w:pPr>
        <w:pStyle w:val="Heading3"/>
        <w:ind w:firstLine="360"/>
      </w:pPr>
      <w:bookmarkStart w:id="34" w:name="_Toc231817814"/>
      <w:r>
        <w:t>Date Range Filter</w:t>
      </w:r>
      <w:bookmarkEnd w:id="34"/>
    </w:p>
    <w:p w14:paraId="2426FF3A" w14:textId="77777777" w:rsidR="0081006A" w:rsidRDefault="00000000" w:rsidP="00E90EDA">
      <w:pPr>
        <w:ind w:firstLine="360"/>
      </w:pPr>
      <w:r>
        <w:t>Use the From and To date pickers to define the reporting period, then click Apply. Click Reset to return to the default (last 30 days).</w:t>
      </w:r>
    </w:p>
    <w:p w14:paraId="071A103E" w14:textId="77777777" w:rsidR="0081006A" w:rsidRDefault="00000000" w:rsidP="00E90EDA">
      <w:pPr>
        <w:pStyle w:val="Heading3"/>
        <w:ind w:firstLine="360"/>
      </w:pPr>
      <w:bookmarkStart w:id="35" w:name="_Toc231817815"/>
      <w:r>
        <w:t>KPI Cards</w:t>
      </w:r>
      <w:bookmarkEnd w:id="35"/>
    </w:p>
    <w:p w14:paraId="0DEDC888" w14:textId="62772FD5" w:rsidR="0081006A" w:rsidRDefault="00000000" w:rsidP="00E90EDA">
      <w:pPr>
        <w:ind w:firstLine="360"/>
      </w:pPr>
      <w:r>
        <w:t xml:space="preserve">Four cards </w:t>
      </w:r>
      <w:r w:rsidR="003E458D">
        <w:t>summarize</w:t>
      </w:r>
      <w:r>
        <w:t xml:space="preserve"> activity for the selected period:</w:t>
      </w:r>
    </w:p>
    <w:p w14:paraId="7632D11C" w14:textId="77777777" w:rsidR="0081006A" w:rsidRDefault="00000000" w:rsidP="00E90EDA">
      <w:pPr>
        <w:pStyle w:val="ListBullet"/>
        <w:ind w:firstLine="360"/>
      </w:pPr>
      <w:r>
        <w:t>Total Inspections — all inspections conducted at your facilities.</w:t>
      </w:r>
    </w:p>
    <w:p w14:paraId="168D18DC" w14:textId="77777777" w:rsidR="0081006A" w:rsidRDefault="00000000" w:rsidP="00E90EDA">
      <w:pPr>
        <w:pStyle w:val="ListBullet"/>
        <w:ind w:firstLine="360"/>
      </w:pPr>
      <w:r>
        <w:t>Completed — inspections with a Submitted status.</w:t>
      </w:r>
    </w:p>
    <w:p w14:paraId="3DFF62CC" w14:textId="77777777" w:rsidR="0081006A" w:rsidRDefault="00000000" w:rsidP="00E90EDA">
      <w:pPr>
        <w:pStyle w:val="ListBullet"/>
        <w:ind w:firstLine="360"/>
      </w:pPr>
      <w:r>
        <w:t>Open Issues — issues currently open.</w:t>
      </w:r>
    </w:p>
    <w:p w14:paraId="097E12C4" w14:textId="77777777" w:rsidR="0081006A" w:rsidRDefault="00000000" w:rsidP="00E90EDA">
      <w:pPr>
        <w:pStyle w:val="ListBullet"/>
        <w:ind w:firstLine="360"/>
      </w:pPr>
      <w:r>
        <w:t>Avg Score — average quality score across all completed inspections.</w:t>
      </w:r>
    </w:p>
    <w:p w14:paraId="44A296D6" w14:textId="77777777" w:rsidR="0081006A" w:rsidRDefault="00000000" w:rsidP="00E90EDA">
      <w:pPr>
        <w:pStyle w:val="Heading3"/>
        <w:ind w:firstLine="360"/>
      </w:pPr>
      <w:bookmarkStart w:id="36" w:name="_Toc231817816"/>
      <w:r>
        <w:t>Charts</w:t>
      </w:r>
      <w:bookmarkEnd w:id="36"/>
    </w:p>
    <w:p w14:paraId="2C815AF9" w14:textId="77777777" w:rsidR="0081006A" w:rsidRDefault="00000000" w:rsidP="00E90EDA">
      <w:pPr>
        <w:pStyle w:val="ListBullet"/>
        <w:ind w:firstLine="360"/>
      </w:pPr>
      <w:r>
        <w:t>Score Trend — line chart of daily average scores over the selected period. Peaks and dips help identify good and poor days.</w:t>
      </w:r>
    </w:p>
    <w:p w14:paraId="798BC404" w14:textId="77777777" w:rsidR="0081006A" w:rsidRDefault="00000000" w:rsidP="00E90EDA">
      <w:pPr>
        <w:pStyle w:val="ListBullet"/>
        <w:ind w:firstLine="360"/>
      </w:pPr>
      <w:r>
        <w:t>Avg Score by Facility — horizontal bar chart comparing average scores across facilities. Green ≥ 90%, amber ≥ 70%, red below 70%.</w:t>
      </w:r>
    </w:p>
    <w:p w14:paraId="01EBCB30" w14:textId="77777777" w:rsidR="0081006A" w:rsidRDefault="00000000" w:rsidP="00E90EDA">
      <w:pPr>
        <w:pStyle w:val="ListBullet"/>
        <w:ind w:firstLine="360"/>
      </w:pPr>
      <w:r>
        <w:t>Issues by Severity — doughnut chart breaking down open issues by severity level.</w:t>
      </w:r>
    </w:p>
    <w:p w14:paraId="4DDE9C1F" w14:textId="77777777" w:rsidR="0081006A" w:rsidRDefault="00000000" w:rsidP="00E90EDA">
      <w:pPr>
        <w:pStyle w:val="ListBullet"/>
        <w:ind w:firstLine="360"/>
      </w:pPr>
      <w:r>
        <w:t>Issue Status — pie chart showing the proportion of issues by status (Open, In Progress, Resolved, etc.).</w:t>
      </w:r>
    </w:p>
    <w:p w14:paraId="70182721" w14:textId="77777777" w:rsidR="0081006A" w:rsidRDefault="00000000" w:rsidP="00E90EDA">
      <w:pPr>
        <w:pStyle w:val="Heading3"/>
        <w:ind w:firstLine="360"/>
      </w:pPr>
      <w:bookmarkStart w:id="37" w:name="_Toc231817817"/>
      <w:r>
        <w:lastRenderedPageBreak/>
        <w:t>Open Critical / High Issues Table</w:t>
      </w:r>
      <w:bookmarkEnd w:id="37"/>
    </w:p>
    <w:p w14:paraId="69A213F9" w14:textId="73F70A6A" w:rsidR="0081006A" w:rsidRDefault="00000000" w:rsidP="00E90EDA">
      <w:pPr>
        <w:ind w:firstLine="360"/>
      </w:pPr>
      <w:r>
        <w:t>Below the charts, a table lists the most recent open Critical</w:t>
      </w:r>
      <w:r w:rsidR="005D530E">
        <w:t>- and High-severity</w:t>
      </w:r>
      <w:r>
        <w:t xml:space="preserve"> issues. Click View on any row to open the Issue Detail page.</w:t>
      </w:r>
    </w:p>
    <w:p w14:paraId="09E52262" w14:textId="77777777" w:rsidR="0081006A" w:rsidRDefault="00000000" w:rsidP="00E90EDA">
      <w:pPr>
        <w:pStyle w:val="Heading2"/>
        <w:ind w:firstLine="360"/>
      </w:pPr>
      <w:bookmarkStart w:id="38" w:name="_Toc231817818"/>
      <w:r>
        <w:t>Export to CSV</w:t>
      </w:r>
      <w:bookmarkEnd w:id="38"/>
    </w:p>
    <w:p w14:paraId="3664C4CC" w14:textId="77777777" w:rsidR="0081006A" w:rsidRDefault="00000000" w:rsidP="00E90EDA">
      <w:pPr>
        <w:ind w:firstLine="360"/>
      </w:pPr>
      <w:r>
        <w:t>Two export buttons appear in the top-right of the Reports page. They download spreadsheet files for the currently selected date range:</w:t>
      </w:r>
    </w:p>
    <w:p w14:paraId="52DE8C9E" w14:textId="77777777" w:rsidR="0081006A" w:rsidRDefault="00000000" w:rsidP="00E90EDA">
      <w:pPr>
        <w:pStyle w:val="ListBullet"/>
        <w:ind w:firstLine="360"/>
      </w:pPr>
      <w:r>
        <w:t>Export Inspections CSV — one row per inspection: date, facility, area, inspector, template, score, status.</w:t>
      </w:r>
    </w:p>
    <w:p w14:paraId="3EC56051" w14:textId="624046E5" w:rsidR="0081006A" w:rsidRDefault="00000000" w:rsidP="00E90EDA">
      <w:pPr>
        <w:pStyle w:val="ListBullet"/>
        <w:ind w:firstLine="360"/>
      </w:pPr>
      <w:r>
        <w:t xml:space="preserve">Export Issues CSV — one row per issue: reported date, facility, area, severity, description, status, resolved date, </w:t>
      </w:r>
      <w:r w:rsidR="005D530E">
        <w:t xml:space="preserve">and </w:t>
      </w:r>
      <w:r>
        <w:t>assigned to.</w:t>
      </w:r>
    </w:p>
    <w:p w14:paraId="350CD1E0" w14:textId="77777777" w:rsidR="0081006A" w:rsidRDefault="00000000" w:rsidP="00E90EDA">
      <w:pPr>
        <w:ind w:left="340" w:firstLine="360"/>
      </w:pPr>
      <w:r>
        <w:rPr>
          <w:b/>
          <w:color w:val="0D6EFD"/>
        </w:rPr>
        <w:t xml:space="preserve">Note: </w:t>
      </w:r>
      <w:r>
        <w:rPr>
          <w:color w:val="0D6EFD"/>
        </w:rPr>
        <w:t>CSV files open in Microsoft Excel, Google Sheets, or any spreadsheet application.</w:t>
      </w:r>
    </w:p>
    <w:p w14:paraId="47DC5F08" w14:textId="77777777" w:rsidR="0081006A" w:rsidRDefault="00000000" w:rsidP="00E90EDA">
      <w:pPr>
        <w:pStyle w:val="Heading2"/>
        <w:ind w:firstLine="360"/>
      </w:pPr>
      <w:bookmarkStart w:id="39" w:name="_Toc231817819"/>
      <w:r>
        <w:t>Facility Report</w:t>
      </w:r>
      <w:bookmarkEnd w:id="39"/>
    </w:p>
    <w:p w14:paraId="6C369BE2" w14:textId="77777777" w:rsidR="0081006A" w:rsidRDefault="00000000" w:rsidP="00E90EDA">
      <w:pPr>
        <w:ind w:firstLine="360"/>
      </w:pPr>
      <w:r>
        <w:t>From the Dashboard "Your Facilities" panel (or from a facility detail page), click Report to open the Facility Report for a specific building. This page shows:</w:t>
      </w:r>
    </w:p>
    <w:p w14:paraId="06070F1D" w14:textId="77777777" w:rsidR="0081006A" w:rsidRDefault="00000000" w:rsidP="00E90EDA">
      <w:pPr>
        <w:pStyle w:val="ListBullet"/>
        <w:ind w:firstLine="360"/>
      </w:pPr>
      <w:r>
        <w:t>List of all inspections at the facility for the selected date range.</w:t>
      </w:r>
    </w:p>
    <w:p w14:paraId="57DB6F20" w14:textId="77777777" w:rsidR="0081006A" w:rsidRDefault="00000000" w:rsidP="00E90EDA">
      <w:pPr>
        <w:pStyle w:val="ListBullet"/>
        <w:ind w:firstLine="360"/>
      </w:pPr>
      <w:r>
        <w:t>Area-by-area average scores showing which zones performed best and worst.</w:t>
      </w:r>
    </w:p>
    <w:p w14:paraId="1843032E" w14:textId="02060DB9" w:rsidR="0081006A" w:rsidRDefault="00000000" w:rsidP="00E90EDA">
      <w:pPr>
        <w:pStyle w:val="ListBullet"/>
        <w:ind w:firstLine="360"/>
      </w:pPr>
      <w:r>
        <w:t xml:space="preserve">All open issues at the facility </w:t>
      </w:r>
      <w:r w:rsidR="005D530E">
        <w:t xml:space="preserve">are </w:t>
      </w:r>
      <w:r>
        <w:t>sorted by severity.</w:t>
      </w:r>
    </w:p>
    <w:p w14:paraId="5DDDCC68" w14:textId="77777777" w:rsidR="0081006A" w:rsidRDefault="00000000" w:rsidP="00E90EDA">
      <w:pPr>
        <w:pStyle w:val="Heading2"/>
        <w:ind w:firstLine="360"/>
      </w:pPr>
      <w:bookmarkStart w:id="40" w:name="_Toc231817820"/>
      <w:r>
        <w:t>Facility Scorecard</w:t>
      </w:r>
      <w:bookmarkEnd w:id="40"/>
    </w:p>
    <w:p w14:paraId="20F7A3AD" w14:textId="77777777" w:rsidR="0081006A" w:rsidRDefault="00000000" w:rsidP="00E90EDA">
      <w:pPr>
        <w:ind w:firstLine="360"/>
      </w:pPr>
      <w:r>
        <w:t>The Facility Scorecard provides a deeper analytical view. Access it from any Facility Detail page or Facility Report page. You can select a time window of 30, 60, 90, 180, or 365 days. The scorecard shows:</w:t>
      </w:r>
    </w:p>
    <w:p w14:paraId="574EDAEB" w14:textId="77777777" w:rsidR="0081006A" w:rsidRDefault="00000000" w:rsidP="00E90EDA">
      <w:pPr>
        <w:pStyle w:val="ListBullet"/>
        <w:ind w:firstLine="360"/>
      </w:pPr>
      <w:r>
        <w:t>Score trend chart for the selected period.</w:t>
      </w:r>
    </w:p>
    <w:p w14:paraId="0731569F" w14:textId="77777777" w:rsidR="0081006A" w:rsidRDefault="00000000" w:rsidP="00E90EDA">
      <w:pPr>
        <w:pStyle w:val="ListBullet"/>
        <w:ind w:firstLine="360"/>
      </w:pPr>
      <w:r>
        <w:t>Key performance indicators: total inspections, completion rate, average score.</w:t>
      </w:r>
    </w:p>
    <w:p w14:paraId="0AD4BECC" w14:textId="77777777" w:rsidR="0081006A" w:rsidRDefault="00000000" w:rsidP="00E90EDA">
      <w:pPr>
        <w:pStyle w:val="ListBullet"/>
        <w:ind w:firstLine="360"/>
      </w:pPr>
      <w:r>
        <w:t>Area scores ranked from best to worst.</w:t>
      </w:r>
    </w:p>
    <w:p w14:paraId="1EA851F5" w14:textId="77777777" w:rsidR="0081006A" w:rsidRDefault="00000000" w:rsidP="00E90EDA">
      <w:pPr>
        <w:pStyle w:val="ListBullet"/>
        <w:ind w:firstLine="360"/>
      </w:pPr>
      <w:r>
        <w:t>SLA compliance rate — percentage of resolved issues that were fixed within the agreed time window.</w:t>
      </w:r>
    </w:p>
    <w:p w14:paraId="3A5CE02C" w14:textId="77777777" w:rsidR="0081006A" w:rsidRDefault="00000000" w:rsidP="00E90EDA">
      <w:pPr>
        <w:pStyle w:val="ListBullet"/>
        <w:ind w:firstLine="360"/>
      </w:pPr>
      <w:r>
        <w:t>Issue severity breakdown (Critical / High / Medium / Low).</w:t>
      </w:r>
    </w:p>
    <w:p w14:paraId="1810CC5B" w14:textId="77777777" w:rsidR="0081006A" w:rsidRDefault="00000000" w:rsidP="00E90EDA">
      <w:pPr>
        <w:pStyle w:val="ListBullet"/>
        <w:ind w:firstLine="360"/>
      </w:pPr>
      <w:r>
        <w:t>Pending verification count — issues awaiting final sign-off.</w:t>
      </w:r>
    </w:p>
    <w:p w14:paraId="577C86C4" w14:textId="77777777" w:rsidR="0081006A" w:rsidRDefault="00000000" w:rsidP="00E90EDA">
      <w:pPr>
        <w:pStyle w:val="ListBullet"/>
        <w:ind w:firstLine="360"/>
      </w:pPr>
      <w:r>
        <w:t>Inspections that require a follow-up re-inspection.</w:t>
      </w:r>
    </w:p>
    <w:p w14:paraId="56944DEB" w14:textId="77777777" w:rsidR="0081006A" w:rsidRDefault="00000000">
      <w:pPr>
        <w:pStyle w:val="Heading1"/>
      </w:pPr>
      <w:bookmarkStart w:id="41" w:name="_Toc231817821"/>
      <w:r>
        <w:t>8.  Notifications</w:t>
      </w:r>
      <w:bookmarkEnd w:id="41"/>
    </w:p>
    <w:p w14:paraId="127E1707" w14:textId="77777777" w:rsidR="0081006A" w:rsidRDefault="00000000" w:rsidP="00E90EDA">
      <w:pPr>
        <w:ind w:firstLine="360"/>
      </w:pPr>
      <w:r>
        <w:t>The JQC system sends you automatic notifications when important events occur at your facilities.</w:t>
      </w:r>
    </w:p>
    <w:p w14:paraId="0A46152E" w14:textId="77777777" w:rsidR="0081006A" w:rsidRDefault="00000000" w:rsidP="00E90EDA">
      <w:pPr>
        <w:pStyle w:val="Heading2"/>
        <w:ind w:firstLine="360"/>
      </w:pPr>
      <w:bookmarkStart w:id="42" w:name="_Toc231817822"/>
      <w:r>
        <w:lastRenderedPageBreak/>
        <w:t>Notification Bell</w:t>
      </w:r>
      <w:bookmarkEnd w:id="42"/>
    </w:p>
    <w:p w14:paraId="3DA72A93" w14:textId="77777777" w:rsidR="0081006A" w:rsidRDefault="00000000" w:rsidP="00E90EDA">
      <w:pPr>
        <w:ind w:firstLine="360"/>
      </w:pPr>
      <w:r>
        <w:t>A bell icon in the top navigation bar shows the number of unread notifications. Click it to see a dropdown of your 20 most recent notifications. Click any notification to navigate directly to the related inspection or issue.</w:t>
      </w:r>
    </w:p>
    <w:p w14:paraId="51193154" w14:textId="77777777" w:rsidR="0081006A" w:rsidRDefault="00000000" w:rsidP="00E90EDA">
      <w:pPr>
        <w:pStyle w:val="Heading2"/>
        <w:ind w:firstLine="360"/>
      </w:pPr>
      <w:bookmarkStart w:id="43" w:name="_Toc231817823"/>
      <w:r>
        <w:t>Full Notifications Page</w:t>
      </w:r>
      <w:bookmarkEnd w:id="43"/>
    </w:p>
    <w:p w14:paraId="4E863AE2" w14:textId="77777777" w:rsidR="0081006A" w:rsidRDefault="00000000" w:rsidP="00E90EDA">
      <w:pPr>
        <w:ind w:firstLine="360"/>
      </w:pPr>
      <w:r>
        <w:t>Click View All in the notification dropdown (or navigate to Notifications in the menu) to see your complete notification history, paginated 25 per page. You can filter by All, Unread, or Read.</w:t>
      </w:r>
    </w:p>
    <w:p w14:paraId="0E8DC200" w14:textId="77777777" w:rsidR="0081006A" w:rsidRDefault="00000000" w:rsidP="00E90EDA">
      <w:pPr>
        <w:ind w:firstLine="360"/>
      </w:pPr>
      <w:r>
        <w:t>Unread notifications are highlighted with a blue border and a "New" badge.</w:t>
      </w:r>
    </w:p>
    <w:p w14:paraId="6F5841EE" w14:textId="77777777" w:rsidR="0081006A" w:rsidRDefault="00000000" w:rsidP="00E90EDA">
      <w:pPr>
        <w:ind w:firstLine="360"/>
      </w:pPr>
      <w:r>
        <w:t>Actions available:</w:t>
      </w:r>
    </w:p>
    <w:p w14:paraId="27E62FB0" w14:textId="77777777" w:rsidR="0081006A" w:rsidRDefault="00000000" w:rsidP="00E90EDA">
      <w:pPr>
        <w:pStyle w:val="ListBullet"/>
        <w:ind w:firstLine="360"/>
      </w:pPr>
      <w:r>
        <w:t>Mark as read — on any individual unread notification.</w:t>
      </w:r>
    </w:p>
    <w:p w14:paraId="44C03FE4" w14:textId="77777777" w:rsidR="0081006A" w:rsidRDefault="00000000" w:rsidP="00E90EDA">
      <w:pPr>
        <w:pStyle w:val="ListBullet"/>
        <w:ind w:firstLine="360"/>
      </w:pPr>
      <w:r>
        <w:t>Mark all read — clears the unread count in one click.</w:t>
      </w:r>
    </w:p>
    <w:p w14:paraId="1E5FD636" w14:textId="77777777" w:rsidR="0081006A" w:rsidRDefault="00000000" w:rsidP="00E90EDA">
      <w:pPr>
        <w:pStyle w:val="Heading2"/>
        <w:ind w:firstLine="360"/>
      </w:pPr>
      <w:bookmarkStart w:id="44" w:name="_Toc231817824"/>
      <w:r>
        <w:t>Notification Events</w:t>
      </w:r>
      <w:bookmarkEnd w:id="44"/>
    </w:p>
    <w:p w14:paraId="5DA99AED" w14:textId="747F23AA" w:rsidR="0081006A" w:rsidRDefault="00000000" w:rsidP="00E90EDA">
      <w:pPr>
        <w:ind w:firstLine="360"/>
      </w:pPr>
      <w:r>
        <w:t xml:space="preserve">You will be notified </w:t>
      </w:r>
      <w:r w:rsidR="005D530E">
        <w:t>of</w:t>
      </w:r>
      <w:r>
        <w:t xml:space="preserve"> the following events at your assigned facilities:</w:t>
      </w:r>
    </w:p>
    <w:tbl>
      <w:tblPr>
        <w:tblStyle w:val="TableGrid"/>
        <w:tblW w:w="0" w:type="auto"/>
        <w:tblLook w:val="04A0" w:firstRow="1" w:lastRow="0" w:firstColumn="1" w:lastColumn="0" w:noHBand="0" w:noVBand="1"/>
      </w:tblPr>
      <w:tblGrid>
        <w:gridCol w:w="4703"/>
        <w:gridCol w:w="4703"/>
      </w:tblGrid>
      <w:tr w:rsidR="0081006A" w14:paraId="4D523954" w14:textId="77777777">
        <w:tc>
          <w:tcPr>
            <w:tcW w:w="4703" w:type="dxa"/>
            <w:shd w:val="clear" w:color="auto" w:fill="D9E1F2"/>
          </w:tcPr>
          <w:p w14:paraId="4EA9509C" w14:textId="77777777" w:rsidR="0081006A" w:rsidRDefault="00000000" w:rsidP="00E90EDA">
            <w:pPr>
              <w:ind w:firstLine="360"/>
            </w:pPr>
            <w:r>
              <w:rPr>
                <w:b/>
              </w:rPr>
              <w:t>Event</w:t>
            </w:r>
          </w:p>
        </w:tc>
        <w:tc>
          <w:tcPr>
            <w:tcW w:w="4703" w:type="dxa"/>
            <w:shd w:val="clear" w:color="auto" w:fill="D9E1F2"/>
          </w:tcPr>
          <w:p w14:paraId="50865AB2" w14:textId="77777777" w:rsidR="0081006A" w:rsidRDefault="00000000" w:rsidP="00E90EDA">
            <w:pPr>
              <w:ind w:firstLine="360"/>
            </w:pPr>
            <w:r>
              <w:rPr>
                <w:b/>
              </w:rPr>
              <w:t>When You Receive It</w:t>
            </w:r>
          </w:p>
        </w:tc>
      </w:tr>
      <w:tr w:rsidR="0081006A" w14:paraId="57879059" w14:textId="77777777">
        <w:tc>
          <w:tcPr>
            <w:tcW w:w="4703" w:type="dxa"/>
          </w:tcPr>
          <w:p w14:paraId="666E1D1C" w14:textId="77777777" w:rsidR="0081006A" w:rsidRDefault="00000000" w:rsidP="00E90EDA">
            <w:pPr>
              <w:ind w:firstLine="360"/>
            </w:pPr>
            <w:r>
              <w:t>Inspection Completed</w:t>
            </w:r>
          </w:p>
        </w:tc>
        <w:tc>
          <w:tcPr>
            <w:tcW w:w="4703" w:type="dxa"/>
          </w:tcPr>
          <w:p w14:paraId="295FB3F5" w14:textId="77777777" w:rsidR="0081006A" w:rsidRDefault="00000000" w:rsidP="00E90EDA">
            <w:pPr>
              <w:ind w:firstLine="360"/>
            </w:pPr>
            <w:r>
              <w:t>A new inspection has been submitted at one of your facilities.</w:t>
            </w:r>
          </w:p>
        </w:tc>
      </w:tr>
      <w:tr w:rsidR="0081006A" w14:paraId="77AC9E8A" w14:textId="77777777">
        <w:tc>
          <w:tcPr>
            <w:tcW w:w="4703" w:type="dxa"/>
          </w:tcPr>
          <w:p w14:paraId="06B99814" w14:textId="77777777" w:rsidR="0081006A" w:rsidRDefault="00000000" w:rsidP="00E90EDA">
            <w:pPr>
              <w:ind w:firstLine="360"/>
            </w:pPr>
            <w:r>
              <w:t>Issue Flagged</w:t>
            </w:r>
          </w:p>
        </w:tc>
        <w:tc>
          <w:tcPr>
            <w:tcW w:w="4703" w:type="dxa"/>
          </w:tcPr>
          <w:p w14:paraId="190BE067" w14:textId="77777777" w:rsidR="0081006A" w:rsidRDefault="00000000" w:rsidP="00E90EDA">
            <w:pPr>
              <w:ind w:firstLine="360"/>
            </w:pPr>
            <w:r>
              <w:t>A new issue has been identified at one of your facilities.</w:t>
            </w:r>
          </w:p>
        </w:tc>
      </w:tr>
      <w:tr w:rsidR="0081006A" w14:paraId="52902CC3" w14:textId="77777777">
        <w:tc>
          <w:tcPr>
            <w:tcW w:w="4703" w:type="dxa"/>
          </w:tcPr>
          <w:p w14:paraId="344B0D25" w14:textId="77777777" w:rsidR="0081006A" w:rsidRDefault="00000000" w:rsidP="00E90EDA">
            <w:pPr>
              <w:ind w:firstLine="360"/>
            </w:pPr>
            <w:r>
              <w:t>Issue Status Updated</w:t>
            </w:r>
          </w:p>
        </w:tc>
        <w:tc>
          <w:tcPr>
            <w:tcW w:w="4703" w:type="dxa"/>
          </w:tcPr>
          <w:p w14:paraId="3E440568" w14:textId="6A183BBE" w:rsidR="0081006A" w:rsidRDefault="00000000" w:rsidP="00E90EDA">
            <w:pPr>
              <w:ind w:firstLine="360"/>
            </w:pPr>
            <w:r>
              <w:t>An issue you follow has changed status (e.g.</w:t>
            </w:r>
            <w:r w:rsidR="00E90EDA">
              <w:t>,</w:t>
            </w:r>
            <w:r>
              <w:t xml:space="preserve"> In Progress → Resolved).</w:t>
            </w:r>
          </w:p>
        </w:tc>
      </w:tr>
      <w:tr w:rsidR="0081006A" w14:paraId="7288B0F9" w14:textId="77777777">
        <w:tc>
          <w:tcPr>
            <w:tcW w:w="4703" w:type="dxa"/>
          </w:tcPr>
          <w:p w14:paraId="001227B6" w14:textId="77777777" w:rsidR="0081006A" w:rsidRDefault="00000000" w:rsidP="00E90EDA">
            <w:pPr>
              <w:ind w:firstLine="360"/>
            </w:pPr>
            <w:r>
              <w:t>Issue Comment Added</w:t>
            </w:r>
          </w:p>
        </w:tc>
        <w:tc>
          <w:tcPr>
            <w:tcW w:w="4703" w:type="dxa"/>
          </w:tcPr>
          <w:p w14:paraId="538A0FB0" w14:textId="77777777" w:rsidR="0081006A" w:rsidRDefault="00000000" w:rsidP="00E90EDA">
            <w:pPr>
              <w:ind w:firstLine="360"/>
            </w:pPr>
            <w:r>
              <w:t>A new comment has been added to an issue you follow.</w:t>
            </w:r>
          </w:p>
        </w:tc>
      </w:tr>
      <w:tr w:rsidR="0081006A" w14:paraId="3499E6F2" w14:textId="77777777">
        <w:tc>
          <w:tcPr>
            <w:tcW w:w="4703" w:type="dxa"/>
          </w:tcPr>
          <w:p w14:paraId="00FA265D" w14:textId="77777777" w:rsidR="0081006A" w:rsidRDefault="00000000" w:rsidP="00E90EDA">
            <w:pPr>
              <w:ind w:firstLine="360"/>
            </w:pPr>
            <w:r>
              <w:t>Issue Follow Update</w:t>
            </w:r>
          </w:p>
        </w:tc>
        <w:tc>
          <w:tcPr>
            <w:tcW w:w="4703" w:type="dxa"/>
          </w:tcPr>
          <w:p w14:paraId="179E7276" w14:textId="77777777" w:rsidR="0081006A" w:rsidRDefault="00000000" w:rsidP="00E90EDA">
            <w:pPr>
              <w:ind w:firstLine="360"/>
            </w:pPr>
            <w:r>
              <w:t>An update on an issue you have followed.</w:t>
            </w:r>
          </w:p>
        </w:tc>
      </w:tr>
    </w:tbl>
    <w:p w14:paraId="0F3D9B3C" w14:textId="77777777" w:rsidR="0081006A" w:rsidRDefault="0081006A" w:rsidP="00E90EDA">
      <w:pPr>
        <w:ind w:firstLine="360"/>
      </w:pPr>
    </w:p>
    <w:p w14:paraId="4979094D" w14:textId="77777777" w:rsidR="0081006A" w:rsidRDefault="00000000" w:rsidP="00E90EDA">
      <w:pPr>
        <w:pStyle w:val="Heading2"/>
        <w:ind w:firstLine="360"/>
      </w:pPr>
      <w:bookmarkStart w:id="45" w:name="_Toc231817825"/>
      <w:r>
        <w:t>Notification Preferences</w:t>
      </w:r>
      <w:bookmarkEnd w:id="45"/>
    </w:p>
    <w:p w14:paraId="4366AF85" w14:textId="4426B032" w:rsidR="0081006A" w:rsidRDefault="00000000" w:rsidP="00E90EDA">
      <w:pPr>
        <w:ind w:firstLine="360"/>
      </w:pPr>
      <w:r>
        <w:t xml:space="preserve">Click Notification Preferences (accessible from the Notifications page) to </w:t>
      </w:r>
      <w:r w:rsidR="00A306FD">
        <w:t>customize</w:t>
      </w:r>
      <w:r>
        <w:t xml:space="preserve"> how you receive alerts for each event type:</w:t>
      </w:r>
    </w:p>
    <w:p w14:paraId="556849B2" w14:textId="77777777" w:rsidR="0081006A" w:rsidRDefault="00000000" w:rsidP="00E90EDA">
      <w:pPr>
        <w:pStyle w:val="ListBullet"/>
        <w:ind w:firstLine="360"/>
      </w:pPr>
      <w:r>
        <w:t>Email Enabled — receive an immediate email for each event.</w:t>
      </w:r>
    </w:p>
    <w:p w14:paraId="1CE01D57" w14:textId="77777777" w:rsidR="0081006A" w:rsidRDefault="00000000" w:rsidP="00E90EDA">
      <w:pPr>
        <w:pStyle w:val="ListBullet"/>
        <w:ind w:firstLine="360"/>
      </w:pPr>
      <w:r>
        <w:t>Digest Mode — bundle notifications into a single digest email instead of individual messages.</w:t>
      </w:r>
    </w:p>
    <w:p w14:paraId="5CD246C1" w14:textId="702AEA09" w:rsidR="0081006A" w:rsidRDefault="00000000" w:rsidP="00E90EDA">
      <w:pPr>
        <w:pStyle w:val="ListBullet"/>
        <w:ind w:firstLine="360"/>
      </w:pPr>
      <w:r>
        <w:t>Digest Frequency — choose how often the digest email is sent (e.g.</w:t>
      </w:r>
      <w:r w:rsidR="00A306FD">
        <w:t>,</w:t>
      </w:r>
      <w:r>
        <w:t xml:space="preserve"> daily).</w:t>
      </w:r>
    </w:p>
    <w:p w14:paraId="09F14424" w14:textId="77777777" w:rsidR="0081006A" w:rsidRDefault="00000000" w:rsidP="00E90EDA">
      <w:pPr>
        <w:ind w:left="340" w:firstLine="360"/>
      </w:pPr>
      <w:r>
        <w:rPr>
          <w:b/>
          <w:color w:val="0D6EFD"/>
        </w:rPr>
        <w:t xml:space="preserve">Note: </w:t>
      </w:r>
      <w:r>
        <w:rPr>
          <w:color w:val="0D6EFD"/>
        </w:rPr>
        <w:t>In-app notifications are always delivered regardless of email preference settings.</w:t>
      </w:r>
    </w:p>
    <w:p w14:paraId="07CFCD62" w14:textId="77777777" w:rsidR="0081006A" w:rsidRDefault="00000000">
      <w:r>
        <w:br w:type="page"/>
      </w:r>
    </w:p>
    <w:p w14:paraId="4A06D3D6" w14:textId="77777777" w:rsidR="0081006A" w:rsidRDefault="00000000">
      <w:pPr>
        <w:pStyle w:val="Heading1"/>
      </w:pPr>
      <w:bookmarkStart w:id="46" w:name="_Toc231817826"/>
      <w:r>
        <w:lastRenderedPageBreak/>
        <w:t>9.  Your Account &amp; Profile</w:t>
      </w:r>
      <w:bookmarkEnd w:id="46"/>
    </w:p>
    <w:p w14:paraId="02F98B2B" w14:textId="77777777" w:rsidR="0081006A" w:rsidRDefault="00000000" w:rsidP="00E90EDA">
      <w:pPr>
        <w:ind w:firstLine="360"/>
      </w:pPr>
      <w:r>
        <w:t>Click your name in the top-right navigation bar, then select Profile to manage your account settings.</w:t>
      </w:r>
    </w:p>
    <w:p w14:paraId="3A5C9C9B" w14:textId="77777777" w:rsidR="0081006A" w:rsidRDefault="00000000" w:rsidP="00E90EDA">
      <w:pPr>
        <w:pStyle w:val="Heading2"/>
        <w:ind w:firstLine="360"/>
      </w:pPr>
      <w:bookmarkStart w:id="47" w:name="_Toc231817827"/>
      <w:r>
        <w:t>What You Can View</w:t>
      </w:r>
      <w:bookmarkEnd w:id="47"/>
    </w:p>
    <w:p w14:paraId="0DF0B1B1" w14:textId="77777777" w:rsidR="0081006A" w:rsidRDefault="00000000" w:rsidP="00E90EDA">
      <w:pPr>
        <w:pStyle w:val="ListBullet"/>
        <w:ind w:firstLine="360"/>
      </w:pPr>
      <w:r>
        <w:t>Your full name, username, email address, and role (Customer).</w:t>
      </w:r>
    </w:p>
    <w:p w14:paraId="65DD9370" w14:textId="77777777" w:rsidR="0081006A" w:rsidRDefault="00000000" w:rsidP="00E90EDA">
      <w:pPr>
        <w:pStyle w:val="ListBullet"/>
        <w:ind w:firstLine="360"/>
      </w:pPr>
      <w:r>
        <w:t>Account creation date.</w:t>
      </w:r>
    </w:p>
    <w:p w14:paraId="006E1C1D" w14:textId="77777777" w:rsidR="0081006A" w:rsidRDefault="00000000" w:rsidP="00E90EDA">
      <w:pPr>
        <w:pStyle w:val="Heading2"/>
        <w:ind w:firstLine="360"/>
      </w:pPr>
      <w:bookmarkStart w:id="48" w:name="_Toc231817828"/>
      <w:r>
        <w:t>What You Can Update</w:t>
      </w:r>
      <w:bookmarkEnd w:id="48"/>
    </w:p>
    <w:p w14:paraId="1B3931A5" w14:textId="77777777" w:rsidR="0081006A" w:rsidRDefault="00000000" w:rsidP="00E90EDA">
      <w:pPr>
        <w:pStyle w:val="ListBullet"/>
        <w:ind w:firstLine="360"/>
      </w:pPr>
      <w:r>
        <w:t>Full Name — update how your name is displayed throughout the portal.</w:t>
      </w:r>
    </w:p>
    <w:p w14:paraId="7C3247C1" w14:textId="77777777" w:rsidR="0081006A" w:rsidRDefault="00000000" w:rsidP="00E90EDA">
      <w:pPr>
        <w:pStyle w:val="ListBullet"/>
        <w:ind w:firstLine="360"/>
      </w:pPr>
      <w:r>
        <w:t>Email Address — update the email used for notifications and password recovery.</w:t>
      </w:r>
    </w:p>
    <w:p w14:paraId="2FF7A107" w14:textId="77777777" w:rsidR="0081006A" w:rsidRDefault="00000000" w:rsidP="00E90EDA">
      <w:pPr>
        <w:pStyle w:val="ListBullet"/>
        <w:ind w:firstLine="360"/>
      </w:pPr>
      <w:r>
        <w:t>Password — enter your current password, then choose and confirm a new one.</w:t>
      </w:r>
    </w:p>
    <w:p w14:paraId="49E9469C" w14:textId="77777777" w:rsidR="0081006A" w:rsidRDefault="00000000" w:rsidP="00E90EDA">
      <w:pPr>
        <w:ind w:firstLine="360"/>
      </w:pPr>
      <w:r>
        <w:t>Click Save Changes after making any updates.</w:t>
      </w:r>
    </w:p>
    <w:p w14:paraId="1546A9F0" w14:textId="77777777" w:rsidR="0081006A" w:rsidRDefault="00000000" w:rsidP="00E90EDA">
      <w:pPr>
        <w:ind w:left="340" w:firstLine="360"/>
      </w:pPr>
      <w:r>
        <w:rPr>
          <w:b/>
          <w:color w:val="0D6EFD"/>
        </w:rPr>
        <w:t xml:space="preserve">Note: </w:t>
      </w:r>
      <w:r>
        <w:rPr>
          <w:color w:val="0D6EFD"/>
        </w:rPr>
        <w:t>You cannot change your own role, username, or facility assignments. Contact your administrator for changes of that nature.</w:t>
      </w:r>
    </w:p>
    <w:p w14:paraId="2CAE6EA7" w14:textId="77777777" w:rsidR="0081006A" w:rsidRDefault="00000000">
      <w:pPr>
        <w:pStyle w:val="Heading1"/>
      </w:pPr>
      <w:bookmarkStart w:id="49" w:name="_Toc231817829"/>
      <w:r>
        <w:t>10.  Frequently Asked Questions</w:t>
      </w:r>
      <w:bookmarkEnd w:id="49"/>
    </w:p>
    <w:p w14:paraId="3AD7D203" w14:textId="7CB6A58F" w:rsidR="0081006A" w:rsidRDefault="00000000">
      <w:pPr>
        <w:spacing w:before="160"/>
      </w:pPr>
      <w:r>
        <w:rPr>
          <w:b/>
          <w:color w:val="0D6EFD"/>
        </w:rPr>
        <w:t xml:space="preserve">Q: </w:t>
      </w:r>
      <w:r>
        <w:rPr>
          <w:b/>
        </w:rPr>
        <w:t>I received the invitation email</w:t>
      </w:r>
      <w:r w:rsidR="00A306FD">
        <w:rPr>
          <w:b/>
        </w:rPr>
        <w:t>,</w:t>
      </w:r>
      <w:r>
        <w:rPr>
          <w:b/>
        </w:rPr>
        <w:t xml:space="preserve"> but the link says it has expired. What do I do?</w:t>
      </w:r>
    </w:p>
    <w:p w14:paraId="04A092A9" w14:textId="6B983811" w:rsidR="0081006A" w:rsidRDefault="00000000">
      <w:pPr>
        <w:ind w:left="283"/>
      </w:pPr>
      <w:r>
        <w:rPr>
          <w:b/>
        </w:rPr>
        <w:t xml:space="preserve">A: </w:t>
      </w:r>
      <w:r>
        <w:t>Contact your administrator and ask them to resend the invitation. A new 72-hour link will be sent to your email address.</w:t>
      </w:r>
    </w:p>
    <w:p w14:paraId="1F272182" w14:textId="77777777" w:rsidR="0081006A" w:rsidRDefault="00000000">
      <w:pPr>
        <w:spacing w:before="160"/>
      </w:pPr>
      <w:r>
        <w:rPr>
          <w:b/>
          <w:color w:val="0D6EFD"/>
        </w:rPr>
        <w:t xml:space="preserve">Q: </w:t>
      </w:r>
      <w:r>
        <w:rPr>
          <w:b/>
        </w:rPr>
        <w:t>I cannot see any facilities or inspections. What is wrong?</w:t>
      </w:r>
    </w:p>
    <w:p w14:paraId="3B3D2FF9" w14:textId="77777777" w:rsidR="0081006A" w:rsidRDefault="00000000">
      <w:pPr>
        <w:ind w:left="283"/>
      </w:pPr>
      <w:r>
        <w:rPr>
          <w:b/>
        </w:rPr>
        <w:t xml:space="preserve">A: </w:t>
      </w:r>
      <w:r>
        <w:t>Your account may not yet have any facility assignments. Contact your administrator and ask them to assign the relevant facilities or contracts to your account.</w:t>
      </w:r>
    </w:p>
    <w:p w14:paraId="356642B1" w14:textId="77777777" w:rsidR="0081006A" w:rsidRDefault="00000000">
      <w:pPr>
        <w:spacing w:before="160"/>
      </w:pPr>
      <w:r>
        <w:rPr>
          <w:b/>
          <w:color w:val="0D6EFD"/>
        </w:rPr>
        <w:t xml:space="preserve">Q: </w:t>
      </w:r>
      <w:r>
        <w:rPr>
          <w:b/>
        </w:rPr>
        <w:t>Can I create or edit inspections?</w:t>
      </w:r>
    </w:p>
    <w:p w14:paraId="2F1954F9" w14:textId="32788727" w:rsidR="0081006A" w:rsidRDefault="00000000">
      <w:pPr>
        <w:ind w:left="283"/>
      </w:pPr>
      <w:r>
        <w:rPr>
          <w:b/>
        </w:rPr>
        <w:t xml:space="preserve">A: </w:t>
      </w:r>
      <w:r>
        <w:t xml:space="preserve">No. Customer accounts have read-only access to inspections. </w:t>
      </w:r>
    </w:p>
    <w:p w14:paraId="79DD91AC" w14:textId="77777777" w:rsidR="0081006A" w:rsidRDefault="00000000">
      <w:pPr>
        <w:spacing w:before="160"/>
      </w:pPr>
      <w:r>
        <w:rPr>
          <w:b/>
          <w:color w:val="0D6EFD"/>
        </w:rPr>
        <w:t xml:space="preserve">Q: </w:t>
      </w:r>
      <w:r>
        <w:rPr>
          <w:b/>
        </w:rPr>
        <w:t>Can I report a new issue?</w:t>
      </w:r>
    </w:p>
    <w:p w14:paraId="442A5CAF" w14:textId="77777777" w:rsidR="0081006A" w:rsidRDefault="00000000">
      <w:pPr>
        <w:ind w:left="283"/>
      </w:pPr>
      <w:r>
        <w:rPr>
          <w:b/>
        </w:rPr>
        <w:t xml:space="preserve">A: </w:t>
      </w:r>
      <w:r>
        <w:t>No. Customer accounts cannot log new issues. If you notice a problem, please contact your service provider directly or ask a staff member to log the issue on your behalf.</w:t>
      </w:r>
    </w:p>
    <w:p w14:paraId="28328050" w14:textId="77777777" w:rsidR="0081006A" w:rsidRDefault="00000000">
      <w:pPr>
        <w:spacing w:before="160"/>
      </w:pPr>
      <w:r>
        <w:rPr>
          <w:b/>
          <w:color w:val="0D6EFD"/>
        </w:rPr>
        <w:t xml:space="preserve">Q: </w:t>
      </w:r>
      <w:r>
        <w:rPr>
          <w:b/>
        </w:rPr>
        <w:t>Why do I see "SLA Breached" on some issues?</w:t>
      </w:r>
    </w:p>
    <w:p w14:paraId="347155A1" w14:textId="09AA9CC7" w:rsidR="0081006A" w:rsidRDefault="00000000">
      <w:pPr>
        <w:ind w:left="283"/>
      </w:pPr>
      <w:r>
        <w:rPr>
          <w:b/>
        </w:rPr>
        <w:t xml:space="preserve">A: </w:t>
      </w:r>
      <w:r>
        <w:t>Every issue has a resolution deadline based on its severity level (e.g.</w:t>
      </w:r>
      <w:r w:rsidR="00A306FD">
        <w:t>,</w:t>
      </w:r>
      <w:r>
        <w:t xml:space="preserve"> Critical issues must be resolved within 4 hours). When a deadline is exceeded</w:t>
      </w:r>
      <w:r w:rsidR="00A306FD">
        <w:t>,</w:t>
      </w:r>
      <w:r>
        <w:t xml:space="preserve"> the SLA status changes to "Breached". This is a prompt for your service provider to escalate.</w:t>
      </w:r>
    </w:p>
    <w:p w14:paraId="7AEECFC9" w14:textId="77777777" w:rsidR="0081006A" w:rsidRDefault="00000000">
      <w:pPr>
        <w:spacing w:before="160"/>
      </w:pPr>
      <w:r>
        <w:rPr>
          <w:b/>
          <w:color w:val="0D6EFD"/>
        </w:rPr>
        <w:t xml:space="preserve">Q: </w:t>
      </w:r>
      <w:r>
        <w:rPr>
          <w:b/>
        </w:rPr>
        <w:t>How do I stop receiving emails for a particular issue?</w:t>
      </w:r>
    </w:p>
    <w:p w14:paraId="36A64B1B" w14:textId="77777777" w:rsidR="0081006A" w:rsidRDefault="00000000">
      <w:pPr>
        <w:ind w:left="283"/>
      </w:pPr>
      <w:r>
        <w:rPr>
          <w:b/>
        </w:rPr>
        <w:lastRenderedPageBreak/>
        <w:t xml:space="preserve">A: </w:t>
      </w:r>
      <w:r>
        <w:t>Open the Issue Detail page and click Unfollow. You will no longer receive email notifications for that issue.</w:t>
      </w:r>
    </w:p>
    <w:p w14:paraId="249C12AB" w14:textId="77777777" w:rsidR="0081006A" w:rsidRDefault="00000000">
      <w:pPr>
        <w:spacing w:before="160"/>
      </w:pPr>
      <w:r>
        <w:rPr>
          <w:b/>
          <w:color w:val="0D6EFD"/>
        </w:rPr>
        <w:t xml:space="preserve">Q: </w:t>
      </w:r>
      <w:r>
        <w:rPr>
          <w:b/>
        </w:rPr>
        <w:t>How do I export inspection data for my records?</w:t>
      </w:r>
    </w:p>
    <w:p w14:paraId="1284E505" w14:textId="77777777" w:rsidR="0081006A" w:rsidRDefault="00000000">
      <w:pPr>
        <w:ind w:left="283"/>
      </w:pPr>
      <w:r>
        <w:rPr>
          <w:b/>
        </w:rPr>
        <w:t xml:space="preserve">A: </w:t>
      </w:r>
      <w:r>
        <w:t>Go to Reports &amp; Analytics, set your date range, and click "Export Inspections CSV" or "Export Issues CSV". You can also export individual inspections as PDF from the Inspection Detail page.</w:t>
      </w:r>
    </w:p>
    <w:p w14:paraId="0F529B74" w14:textId="77777777" w:rsidR="0081006A" w:rsidRDefault="00000000">
      <w:pPr>
        <w:spacing w:before="160"/>
      </w:pPr>
      <w:r>
        <w:rPr>
          <w:b/>
          <w:color w:val="0D6EFD"/>
        </w:rPr>
        <w:t xml:space="preserve">Q: </w:t>
      </w:r>
      <w:r>
        <w:rPr>
          <w:b/>
        </w:rPr>
        <w:t>I forgot my password. How do I reset it?</w:t>
      </w:r>
    </w:p>
    <w:p w14:paraId="6F22722D" w14:textId="6093DAF3" w:rsidR="0081006A" w:rsidRDefault="00000000">
      <w:pPr>
        <w:ind w:left="283"/>
      </w:pPr>
      <w:r>
        <w:rPr>
          <w:b/>
        </w:rPr>
        <w:t xml:space="preserve">A: </w:t>
      </w:r>
      <w:r>
        <w:t>On the Login page</w:t>
      </w:r>
      <w:r w:rsidR="00A306FD">
        <w:t>,</w:t>
      </w:r>
      <w:r>
        <w:t xml:space="preserve"> click "Forgot password?" if available, or contact your administrator. They can send a new </w:t>
      </w:r>
      <w:r w:rsidR="00A306FD">
        <w:t>password setup</w:t>
      </w:r>
      <w:r>
        <w:t xml:space="preserve"> link to your registered email address.</w:t>
      </w:r>
    </w:p>
    <w:p w14:paraId="17831BAA" w14:textId="77777777" w:rsidR="0081006A" w:rsidRDefault="00000000">
      <w:pPr>
        <w:spacing w:before="160"/>
      </w:pPr>
      <w:r>
        <w:rPr>
          <w:b/>
          <w:color w:val="0D6EFD"/>
        </w:rPr>
        <w:t xml:space="preserve">Q: </w:t>
      </w:r>
      <w:r>
        <w:rPr>
          <w:b/>
        </w:rPr>
        <w:t>Can I see inspections or issues at facilities not assigned to my account?</w:t>
      </w:r>
    </w:p>
    <w:p w14:paraId="1BC91137" w14:textId="77777777" w:rsidR="0081006A" w:rsidRDefault="00000000">
      <w:pPr>
        <w:ind w:left="283"/>
      </w:pPr>
      <w:r>
        <w:rPr>
          <w:b/>
        </w:rPr>
        <w:t xml:space="preserve">A: </w:t>
      </w:r>
      <w:r>
        <w:t>No. The system restricts your view to only the facilities your administrator has assigned to your account.</w:t>
      </w:r>
    </w:p>
    <w:p w14:paraId="0BA63743" w14:textId="77777777" w:rsidR="0081006A" w:rsidRDefault="00000000">
      <w:pPr>
        <w:spacing w:before="160"/>
      </w:pPr>
      <w:r>
        <w:rPr>
          <w:b/>
          <w:color w:val="0D6EFD"/>
        </w:rPr>
        <w:t xml:space="preserve">Q: </w:t>
      </w:r>
      <w:r>
        <w:rPr>
          <w:b/>
        </w:rPr>
        <w:t>What does "Pending Verification" mean on an issue?</w:t>
      </w:r>
    </w:p>
    <w:p w14:paraId="02A2B55F" w14:textId="77777777" w:rsidR="0081006A" w:rsidRDefault="00000000">
      <w:pPr>
        <w:ind w:left="283"/>
      </w:pPr>
      <w:r>
        <w:rPr>
          <w:b/>
        </w:rPr>
        <w:t xml:space="preserve">A: </w:t>
      </w:r>
      <w:r>
        <w:t>The assigned staff member has marked the issue as resolved, but a supervisor still needs to inspect and confirm the fix. Once verified, the status changes to Resolved.</w:t>
      </w:r>
    </w:p>
    <w:p w14:paraId="75EF2C26" w14:textId="77777777" w:rsidR="00263D60" w:rsidRDefault="00263D60" w:rsidP="00263D60">
      <w:pPr>
        <w:ind w:left="2160" w:firstLine="720"/>
        <w:rPr>
          <w:color w:val="6C757D"/>
          <w:sz w:val="20"/>
        </w:rPr>
      </w:pPr>
    </w:p>
    <w:p w14:paraId="335C0495" w14:textId="77777777" w:rsidR="00263D60" w:rsidRDefault="00263D60" w:rsidP="00263D60">
      <w:pPr>
        <w:ind w:left="2160" w:firstLine="720"/>
        <w:rPr>
          <w:color w:val="6C757D"/>
          <w:sz w:val="20"/>
        </w:rPr>
      </w:pPr>
    </w:p>
    <w:p w14:paraId="6E9DEFF8" w14:textId="77777777" w:rsidR="00263D60" w:rsidRDefault="00263D60" w:rsidP="00263D60">
      <w:pPr>
        <w:ind w:left="2160" w:firstLine="720"/>
        <w:rPr>
          <w:color w:val="6C757D"/>
          <w:sz w:val="20"/>
        </w:rPr>
      </w:pPr>
    </w:p>
    <w:p w14:paraId="3135330D" w14:textId="77777777" w:rsidR="00263D60" w:rsidRDefault="00263D60" w:rsidP="00263D60">
      <w:pPr>
        <w:ind w:left="2160" w:firstLine="720"/>
        <w:rPr>
          <w:color w:val="6C757D"/>
          <w:sz w:val="20"/>
        </w:rPr>
      </w:pPr>
    </w:p>
    <w:p w14:paraId="1484D789" w14:textId="77777777" w:rsidR="00263D60" w:rsidRDefault="00263D60" w:rsidP="00263D60">
      <w:pPr>
        <w:ind w:left="2160" w:firstLine="720"/>
        <w:rPr>
          <w:color w:val="6C757D"/>
          <w:sz w:val="20"/>
        </w:rPr>
      </w:pPr>
    </w:p>
    <w:p w14:paraId="7ED84AB3" w14:textId="77777777" w:rsidR="00263D60" w:rsidRDefault="00263D60" w:rsidP="00263D60">
      <w:pPr>
        <w:ind w:left="2160" w:firstLine="720"/>
        <w:rPr>
          <w:color w:val="6C757D"/>
          <w:sz w:val="20"/>
        </w:rPr>
      </w:pPr>
    </w:p>
    <w:p w14:paraId="5D5F153F" w14:textId="77777777" w:rsidR="00263D60" w:rsidRDefault="00263D60" w:rsidP="00263D60">
      <w:pPr>
        <w:ind w:left="2160" w:firstLine="720"/>
        <w:rPr>
          <w:color w:val="6C757D"/>
          <w:sz w:val="20"/>
        </w:rPr>
      </w:pPr>
    </w:p>
    <w:p w14:paraId="712C104C" w14:textId="77777777" w:rsidR="00263D60" w:rsidRDefault="00263D60" w:rsidP="00263D60">
      <w:pPr>
        <w:ind w:left="2160" w:firstLine="720"/>
        <w:rPr>
          <w:color w:val="6C757D"/>
          <w:sz w:val="20"/>
        </w:rPr>
      </w:pPr>
    </w:p>
    <w:p w14:paraId="62008851" w14:textId="77777777" w:rsidR="00263D60" w:rsidRDefault="00263D60" w:rsidP="00263D60">
      <w:pPr>
        <w:ind w:left="2160" w:firstLine="720"/>
        <w:rPr>
          <w:color w:val="6C757D"/>
          <w:sz w:val="20"/>
        </w:rPr>
      </w:pPr>
    </w:p>
    <w:p w14:paraId="774F5616" w14:textId="77777777" w:rsidR="00263D60" w:rsidRDefault="00263D60" w:rsidP="00263D60">
      <w:pPr>
        <w:ind w:left="2160" w:firstLine="720"/>
        <w:rPr>
          <w:color w:val="6C757D"/>
          <w:sz w:val="20"/>
        </w:rPr>
      </w:pPr>
    </w:p>
    <w:p w14:paraId="4677C1AC" w14:textId="77777777" w:rsidR="00263D60" w:rsidRDefault="00263D60" w:rsidP="00263D60">
      <w:pPr>
        <w:ind w:left="2160" w:firstLine="720"/>
        <w:rPr>
          <w:color w:val="6C757D"/>
          <w:sz w:val="20"/>
        </w:rPr>
      </w:pPr>
    </w:p>
    <w:p w14:paraId="6DDE27EC" w14:textId="77777777" w:rsidR="00263D60" w:rsidRDefault="00263D60" w:rsidP="00263D60">
      <w:pPr>
        <w:ind w:left="2160" w:firstLine="720"/>
        <w:rPr>
          <w:color w:val="6C757D"/>
          <w:sz w:val="20"/>
        </w:rPr>
      </w:pPr>
    </w:p>
    <w:p w14:paraId="03F4288C" w14:textId="77777777" w:rsidR="00263D60" w:rsidRDefault="00263D60" w:rsidP="00263D60">
      <w:pPr>
        <w:ind w:left="2160" w:firstLine="720"/>
        <w:rPr>
          <w:color w:val="6C757D"/>
          <w:sz w:val="20"/>
        </w:rPr>
      </w:pPr>
    </w:p>
    <w:p w14:paraId="3251EF01" w14:textId="7EAE68B7" w:rsidR="0081006A" w:rsidRDefault="00000000" w:rsidP="00263D60">
      <w:pPr>
        <w:ind w:left="2160" w:firstLine="720"/>
      </w:pPr>
      <w:r>
        <w:rPr>
          <w:color w:val="6C757D"/>
          <w:sz w:val="20"/>
        </w:rPr>
        <w:t>Janitorial QC System — Customer User Manual</w:t>
      </w:r>
    </w:p>
    <w:p w14:paraId="0C4ACD5D" w14:textId="77777777" w:rsidR="0081006A" w:rsidRDefault="00000000">
      <w:pPr>
        <w:jc w:val="center"/>
      </w:pPr>
      <w:r>
        <w:rPr>
          <w:sz w:val="20"/>
        </w:rPr>
        <w:t>Generated June 08, 2026  ·  For internal distribution only</w:t>
      </w:r>
    </w:p>
    <w:sectPr w:rsidR="0081006A"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3753587">
    <w:abstractNumId w:val="8"/>
  </w:num>
  <w:num w:numId="2" w16cid:durableId="620496594">
    <w:abstractNumId w:val="6"/>
  </w:num>
  <w:num w:numId="3" w16cid:durableId="338780344">
    <w:abstractNumId w:val="5"/>
  </w:num>
  <w:num w:numId="4" w16cid:durableId="1437601258">
    <w:abstractNumId w:val="4"/>
  </w:num>
  <w:num w:numId="5" w16cid:durableId="269550783">
    <w:abstractNumId w:val="7"/>
  </w:num>
  <w:num w:numId="6" w16cid:durableId="2028408943">
    <w:abstractNumId w:val="3"/>
  </w:num>
  <w:num w:numId="7" w16cid:durableId="1575578410">
    <w:abstractNumId w:val="2"/>
  </w:num>
  <w:num w:numId="8" w16cid:durableId="1687319596">
    <w:abstractNumId w:val="1"/>
  </w:num>
  <w:num w:numId="9" w16cid:durableId="53355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49D"/>
    <w:rsid w:val="0015074B"/>
    <w:rsid w:val="001E1174"/>
    <w:rsid w:val="00263D60"/>
    <w:rsid w:val="0029639D"/>
    <w:rsid w:val="00326F90"/>
    <w:rsid w:val="003E458D"/>
    <w:rsid w:val="005D530E"/>
    <w:rsid w:val="006F3F5D"/>
    <w:rsid w:val="0081006A"/>
    <w:rsid w:val="00A306FD"/>
    <w:rsid w:val="00AA1D8D"/>
    <w:rsid w:val="00B47730"/>
    <w:rsid w:val="00CB0664"/>
    <w:rsid w:val="00D46BA1"/>
    <w:rsid w:val="00E32B5E"/>
    <w:rsid w:val="00E90E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E3095F"/>
  <w14:defaultImageDpi w14:val="300"/>
  <w15:docId w15:val="{FFF40B56-44A2-48E9-BCF8-8B864A355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1E1174"/>
    <w:pPr>
      <w:spacing w:after="100"/>
    </w:pPr>
  </w:style>
  <w:style w:type="paragraph" w:styleId="TOC2">
    <w:name w:val="toc 2"/>
    <w:basedOn w:val="Normal"/>
    <w:next w:val="Normal"/>
    <w:autoRedefine/>
    <w:uiPriority w:val="39"/>
    <w:unhideWhenUsed/>
    <w:rsid w:val="001E1174"/>
    <w:pPr>
      <w:spacing w:after="100"/>
      <w:ind w:left="220"/>
    </w:pPr>
  </w:style>
  <w:style w:type="paragraph" w:styleId="TOC3">
    <w:name w:val="toc 3"/>
    <w:basedOn w:val="Normal"/>
    <w:next w:val="Normal"/>
    <w:autoRedefine/>
    <w:uiPriority w:val="39"/>
    <w:unhideWhenUsed/>
    <w:rsid w:val="001E1174"/>
    <w:pPr>
      <w:spacing w:after="100"/>
      <w:ind w:left="440"/>
    </w:pPr>
  </w:style>
  <w:style w:type="character" w:styleId="Hyperlink">
    <w:name w:val="Hyperlink"/>
    <w:basedOn w:val="DefaultParagraphFont"/>
    <w:uiPriority w:val="99"/>
    <w:unhideWhenUsed/>
    <w:rsid w:val="001E11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13</Pages>
  <Words>3119</Words>
  <Characters>17784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GOV Services Inc</cp:lastModifiedBy>
  <cp:revision>5</cp:revision>
  <dcterms:created xsi:type="dcterms:W3CDTF">2013-12-23T23:15:00Z</dcterms:created>
  <dcterms:modified xsi:type="dcterms:W3CDTF">2026-06-08T17:30:00Z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6b17cedc-170c-43b9-8c3b-b5ca94b62bec</vt:lpwstr>
  </property>
</Properties>
</file>