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B058" w14:textId="77777777" w:rsidR="00DA71CC" w:rsidRDefault="00000000">
      <w:pPr>
        <w:pStyle w:val="Heading1"/>
      </w:pPr>
      <w:bookmarkStart w:id="0" w:name="_Toc230684847"/>
      <w:r>
        <w:rPr>
          <w:color w:val="1F497D"/>
        </w:rPr>
        <w:t>Inspector User Manual</w:t>
      </w:r>
      <w:bookmarkEnd w:id="0"/>
    </w:p>
    <w:p w14:paraId="0EA1148F" w14:textId="77777777" w:rsidR="00DA71CC" w:rsidRDefault="00000000">
      <w:pPr>
        <w:pStyle w:val="Heading2"/>
      </w:pPr>
      <w:bookmarkStart w:id="1" w:name="_Toc230684848"/>
      <w:r>
        <w:rPr>
          <w:color w:val="2E74B5"/>
        </w:rPr>
        <w:t>Janitorial Quality Control (JQC) System</w:t>
      </w:r>
      <w:bookmarkEnd w:id="1"/>
    </w:p>
    <w:p w14:paraId="549E7DB3" w14:textId="77777777" w:rsidR="00DA71CC" w:rsidRDefault="00000000">
      <w:r>
        <w:rPr>
          <w:b/>
        </w:rPr>
        <w:t>Audience:</w:t>
      </w:r>
      <w:r>
        <w:t xml:space="preserve"> Inspectors</w:t>
      </w:r>
    </w:p>
    <w:p w14:paraId="5F492E5E" w14:textId="77777777" w:rsidR="00DA71CC" w:rsidRDefault="00000000">
      <w:r>
        <w:rPr>
          <w:b/>
        </w:rPr>
        <w:t>Last updated:</w:t>
      </w:r>
      <w:r>
        <w:t xml:space="preserve"> May 2026</w:t>
      </w:r>
    </w:p>
    <w:p w14:paraId="1584AD09" w14:textId="77777777" w:rsidR="00DA71CC" w:rsidRDefault="00DA71CC">
      <w:pPr>
        <w:pBdr>
          <w:bottom w:val="single" w:sz="6" w:space="1" w:color="AAAAAA"/>
        </w:pBdr>
      </w:pPr>
    </w:p>
    <w:sdt>
      <w:sdtPr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</w:rPr>
        <w:id w:val="23614236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2E99ACA" w14:textId="4857526C" w:rsidR="00FB7224" w:rsidRDefault="00FB7224">
          <w:pPr>
            <w:pStyle w:val="TOCHeading"/>
          </w:pPr>
          <w:r>
            <w:t>Contents</w:t>
          </w:r>
        </w:p>
        <w:p w14:paraId="24F2C1E9" w14:textId="14B5BA67" w:rsidR="00FB7224" w:rsidRDefault="00FB7224">
          <w:pPr>
            <w:pStyle w:val="TOC1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84847" w:history="1">
            <w:r w:rsidRPr="005D52C6">
              <w:rPr>
                <w:rStyle w:val="Hyperlink"/>
                <w:noProof/>
              </w:rPr>
              <w:t>Inspector User Manual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5CE74" w14:textId="535513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8" w:history="1">
            <w:r w:rsidRPr="005D52C6">
              <w:rPr>
                <w:rStyle w:val="Hyperlink"/>
                <w:noProof/>
              </w:rPr>
              <w:t>Janitorial Quality Control (JQC)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E0491" w14:textId="541F57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9" w:history="1">
            <w:r w:rsidRPr="005D52C6">
              <w:rPr>
                <w:rStyle w:val="Hyperlink"/>
                <w:noProof/>
              </w:rPr>
              <w:t>1. Getting Started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21300" w14:textId="039B8D5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0" w:history="1">
            <w:r w:rsidRPr="005D52C6">
              <w:rPr>
                <w:rStyle w:val="Hyperlink"/>
                <w:noProof/>
              </w:rPr>
              <w:t>Logging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FEF86" w14:textId="530F1F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1" w:history="1">
            <w:r w:rsidRPr="005D52C6">
              <w:rPr>
                <w:rStyle w:val="Hyperlink"/>
                <w:noProof/>
              </w:rPr>
              <w:t>What You Can See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4995C" w14:textId="274812B3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2" w:history="1">
            <w:r w:rsidRPr="005D52C6">
              <w:rPr>
                <w:rStyle w:val="Hyperlink"/>
                <w:noProof/>
              </w:rPr>
              <w:t>2.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C224E" w14:textId="53849C6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3" w:history="1">
            <w:r w:rsidRPr="005D52C6">
              <w:rPr>
                <w:rStyle w:val="Hyperlink"/>
                <w:noProof/>
              </w:rPr>
              <w:t>Stats Row (top)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CF9E8" w14:textId="12A69F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4" w:history="1">
            <w:r w:rsidRPr="005D52C6">
              <w:rPr>
                <w:rStyle w:val="Hyperlink"/>
                <w:noProof/>
              </w:rPr>
              <w:t>My Open Issues Widget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0BFE98" w14:textId="13C2C38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5" w:history="1">
            <w:r w:rsidRPr="005D52C6">
              <w:rPr>
                <w:rStyle w:val="Hyperlink"/>
                <w:noProof/>
              </w:rPr>
              <w:t>Pending Follow-Ups Alert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2C15E" w14:textId="3011C97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6" w:history="1">
            <w:r w:rsidRPr="005D52C6">
              <w:rPr>
                <w:rStyle w:val="Hyperlink"/>
                <w:noProof/>
              </w:rPr>
              <w:t>Score Trend 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11D2C" w14:textId="4AA753B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7" w:history="1">
            <w:r w:rsidRPr="005D52C6">
              <w:rPr>
                <w:rStyle w:val="Hyperlink"/>
                <w:noProof/>
              </w:rPr>
              <w:t>3. Running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8FBA6" w14:textId="6B7F63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8" w:history="1">
            <w:r w:rsidRPr="005D52C6">
              <w:rPr>
                <w:rStyle w:val="Hyperlink"/>
                <w:noProof/>
              </w:rPr>
              <w:t>Step 1 — Start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AE0E8" w14:textId="21EF53CE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9" w:history="1">
            <w:r w:rsidRPr="005D52C6">
              <w:rPr>
                <w:rStyle w:val="Hyperlink"/>
                <w:noProof/>
              </w:rPr>
              <w:t>Step 2 — Fill Out the Inspection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2D057" w14:textId="37573ABD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0" w:history="1">
            <w:r w:rsidRPr="005D52C6">
              <w:rPr>
                <w:rStyle w:val="Hyperlink"/>
                <w:noProof/>
              </w:rPr>
              <w:t>Step 3 — Auto-Save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F6BF4" w14:textId="348F8A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1" w:history="1">
            <w:r w:rsidRPr="005D52C6">
              <w:rPr>
                <w:rStyle w:val="Hyperlink"/>
                <w:noProof/>
              </w:rPr>
              <w:t>Step 4 — Submit the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D3B06" w14:textId="53416D9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2" w:history="1">
            <w:r w:rsidRPr="005D52C6">
              <w:rPr>
                <w:rStyle w:val="Hyperlink"/>
                <w:noProof/>
              </w:rPr>
              <w:t>4. Flagging an Issue During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DFE50" w14:textId="5A048B80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3" w:history="1">
            <w:r w:rsidRPr="005D52C6">
              <w:rPr>
                <w:rStyle w:val="Hyperlink"/>
                <w:noProof/>
              </w:rPr>
              <w:t>5. Viewing Your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2388D" w14:textId="76532CCC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4" w:history="1">
            <w:r w:rsidRPr="005D52C6">
              <w:rPr>
                <w:rStyle w:val="Hyperlink"/>
                <w:noProof/>
              </w:rPr>
              <w:t>Inspection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04BDE" w14:textId="13657031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5" w:history="1">
            <w:r w:rsidRPr="005D52C6">
              <w:rPr>
                <w:rStyle w:val="Hyperlink"/>
                <w:noProof/>
              </w:rPr>
              <w:t>Inspection Detail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B6AE6" w14:textId="1CEE3B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6" w:history="1">
            <w:r w:rsidRPr="005D52C6">
              <w:rPr>
                <w:rStyle w:val="Hyperlink"/>
                <w:noProof/>
              </w:rPr>
              <w:t>Follow-Up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0DEEF" w14:textId="6B2A9CDF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7" w:history="1">
            <w:r w:rsidRPr="005D52C6">
              <w:rPr>
                <w:rStyle w:val="Hyperlink"/>
                <w:noProof/>
              </w:rPr>
              <w:t>6. Managing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54772" w14:textId="58301BD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8" w:history="1">
            <w:r w:rsidRPr="005D52C6">
              <w:rPr>
                <w:rStyle w:val="Hyperlink"/>
                <w:noProof/>
              </w:rPr>
              <w:t>Viewing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2CB55" w14:textId="3FBA048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9" w:history="1">
            <w:r w:rsidRPr="005D52C6">
              <w:rPr>
                <w:rStyle w:val="Hyperlink"/>
                <w:noProof/>
              </w:rPr>
              <w:t>Updating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F83CC" w14:textId="25325DD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0" w:history="1">
            <w:r w:rsidRPr="005D52C6">
              <w:rPr>
                <w:rStyle w:val="Hyperlink"/>
                <w:noProof/>
              </w:rPr>
              <w:t>Following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01621" w14:textId="77911F4A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1" w:history="1">
            <w:r w:rsidRPr="005D52C6">
              <w:rPr>
                <w:rStyle w:val="Hyperlink"/>
                <w:noProof/>
              </w:rPr>
              <w:t>Issue Comments / Update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D4D7" w14:textId="2BB5B3AD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2" w:history="1">
            <w:r w:rsidRPr="005D52C6">
              <w:rPr>
                <w:rStyle w:val="Hyperlink"/>
                <w:noProof/>
              </w:rPr>
              <w:t>7.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B28AD" w14:textId="398677B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3" w:history="1">
            <w:r w:rsidRPr="005D52C6">
              <w:rPr>
                <w:rStyle w:val="Hyperlink"/>
                <w:noProof/>
              </w:rPr>
              <w:t>In-App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45654" w14:textId="578E492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4" w:history="1">
            <w:r w:rsidRPr="005D52C6">
              <w:rPr>
                <w:rStyle w:val="Hyperlink"/>
                <w:noProof/>
              </w:rPr>
              <w:t>Email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0BA6C" w14:textId="6ADCBAC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5" w:history="1">
            <w:r w:rsidRPr="005D52C6">
              <w:rPr>
                <w:rStyle w:val="Hyperlink"/>
                <w:noProof/>
              </w:rPr>
              <w:t>Notification Preferences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C75E9" w14:textId="0EC3E1AA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6" w:history="1">
            <w:r w:rsidRPr="005D52C6">
              <w:rPr>
                <w:rStyle w:val="Hyperlink"/>
                <w:noProof/>
              </w:rPr>
              <w:t>8. Your Profile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439B9" w14:textId="38B5988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7" w:history="1">
            <w:r w:rsidRPr="005D52C6">
              <w:rPr>
                <w:rStyle w:val="Hyperlink"/>
                <w:noProof/>
              </w:rPr>
              <w:t>9. Troubleshooting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74306" w14:textId="43B125E8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8" w:history="1">
            <w:r w:rsidRPr="005D52C6">
              <w:rPr>
                <w:rStyle w:val="Hyperlink"/>
                <w:noProof/>
              </w:rPr>
              <w:t>I log in but see no facilities or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532EB3" w14:textId="15BD4F7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9" w:history="1">
            <w:r w:rsidRPr="005D52C6">
              <w:rPr>
                <w:rStyle w:val="Hyperlink"/>
                <w:noProof/>
              </w:rPr>
              <w:t>My photo did not upload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343B3" w14:textId="74E4265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0" w:history="1">
            <w:r w:rsidRPr="005D52C6">
              <w:rPr>
                <w:rStyle w:val="Hyperlink"/>
                <w:noProof/>
              </w:rPr>
              <w:t>I accidentally submitted a draft without finishing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8E61E" w14:textId="761DCC0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1" w:history="1">
            <w:r w:rsidRPr="005D52C6">
              <w:rPr>
                <w:rStyle w:val="Hyperlink"/>
                <w:noProof/>
              </w:rPr>
              <w:t>I can't see an issue I created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100A9" w14:textId="4ED17CF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2" w:history="1">
            <w:r w:rsidRPr="005D52C6">
              <w:rPr>
                <w:rStyle w:val="Hyperlink"/>
                <w:noProof/>
              </w:rPr>
              <w:t>The auto-save status shows "Failed"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3FA85" w14:textId="116345AA" w:rsidR="00FB7224" w:rsidRDefault="00FB7224">
          <w:r>
            <w:rPr>
              <w:b/>
              <w:bCs/>
              <w:noProof/>
            </w:rPr>
            <w:fldChar w:fldCharType="end"/>
          </w:r>
        </w:p>
      </w:sdtContent>
    </w:sdt>
    <w:p w14:paraId="2862A3CF" w14:textId="77777777" w:rsidR="00DA71CC" w:rsidRDefault="00DA71CC">
      <w:pPr>
        <w:pBdr>
          <w:bottom w:val="single" w:sz="6" w:space="1" w:color="AAAAAA"/>
        </w:pBdr>
      </w:pPr>
    </w:p>
    <w:p w14:paraId="51D7A2BD" w14:textId="77777777" w:rsidR="00FB7224" w:rsidRDefault="00FB7224">
      <w:pPr>
        <w:pBdr>
          <w:bottom w:val="single" w:sz="6" w:space="1" w:color="AAAAAA"/>
        </w:pBdr>
      </w:pPr>
    </w:p>
    <w:p w14:paraId="698222CA" w14:textId="77777777" w:rsidR="00FB7224" w:rsidRDefault="00FB7224">
      <w:pPr>
        <w:pBdr>
          <w:bottom w:val="single" w:sz="6" w:space="1" w:color="AAAAAA"/>
        </w:pBdr>
      </w:pPr>
    </w:p>
    <w:p w14:paraId="70EACB02" w14:textId="77777777" w:rsidR="00FB7224" w:rsidRDefault="00FB7224">
      <w:pPr>
        <w:pBdr>
          <w:bottom w:val="single" w:sz="6" w:space="1" w:color="AAAAAA"/>
        </w:pBdr>
      </w:pPr>
    </w:p>
    <w:p w14:paraId="56C943FC" w14:textId="77777777" w:rsidR="00FB7224" w:rsidRDefault="00FB7224">
      <w:pPr>
        <w:pBdr>
          <w:bottom w:val="single" w:sz="6" w:space="1" w:color="AAAAAA"/>
        </w:pBdr>
      </w:pPr>
    </w:p>
    <w:p w14:paraId="1CD27B0A" w14:textId="77777777" w:rsidR="00FB7224" w:rsidRDefault="00FB7224">
      <w:pPr>
        <w:pBdr>
          <w:bottom w:val="single" w:sz="6" w:space="1" w:color="AAAAAA"/>
        </w:pBdr>
      </w:pPr>
    </w:p>
    <w:p w14:paraId="5D598FC2" w14:textId="77777777" w:rsidR="00FB7224" w:rsidRDefault="00FB7224">
      <w:pPr>
        <w:pBdr>
          <w:bottom w:val="single" w:sz="6" w:space="1" w:color="AAAAAA"/>
        </w:pBdr>
      </w:pPr>
    </w:p>
    <w:p w14:paraId="34D1A1E1" w14:textId="77777777" w:rsidR="00FB7224" w:rsidRDefault="00FB7224">
      <w:pPr>
        <w:pBdr>
          <w:bottom w:val="single" w:sz="6" w:space="1" w:color="AAAAAA"/>
        </w:pBdr>
      </w:pPr>
    </w:p>
    <w:p w14:paraId="001DD9B3" w14:textId="77777777" w:rsidR="00FB7224" w:rsidRDefault="00FB7224">
      <w:pPr>
        <w:pBdr>
          <w:bottom w:val="single" w:sz="6" w:space="1" w:color="AAAAAA"/>
        </w:pBdr>
      </w:pPr>
    </w:p>
    <w:p w14:paraId="57822436" w14:textId="77777777" w:rsidR="00FB7224" w:rsidRDefault="00FB7224">
      <w:pPr>
        <w:pBdr>
          <w:bottom w:val="single" w:sz="6" w:space="1" w:color="AAAAAA"/>
        </w:pBdr>
      </w:pPr>
    </w:p>
    <w:p w14:paraId="27FD8975" w14:textId="77777777" w:rsidR="00FB7224" w:rsidRDefault="00FB7224">
      <w:pPr>
        <w:pBdr>
          <w:bottom w:val="single" w:sz="6" w:space="1" w:color="AAAAAA"/>
        </w:pBdr>
      </w:pPr>
    </w:p>
    <w:p w14:paraId="79E20A15" w14:textId="77777777" w:rsidR="00FB7224" w:rsidRDefault="00FB7224">
      <w:pPr>
        <w:pBdr>
          <w:bottom w:val="single" w:sz="6" w:space="1" w:color="AAAAAA"/>
        </w:pBdr>
      </w:pPr>
    </w:p>
    <w:p w14:paraId="676DA329" w14:textId="77777777" w:rsidR="00FB7224" w:rsidRDefault="00FB7224">
      <w:pPr>
        <w:pBdr>
          <w:bottom w:val="single" w:sz="6" w:space="1" w:color="AAAAAA"/>
        </w:pBdr>
      </w:pPr>
    </w:p>
    <w:p w14:paraId="5A534C4C" w14:textId="77777777" w:rsidR="00FB7224" w:rsidRDefault="00FB7224">
      <w:pPr>
        <w:pBdr>
          <w:bottom w:val="single" w:sz="6" w:space="1" w:color="AAAAAA"/>
        </w:pBdr>
      </w:pPr>
    </w:p>
    <w:p w14:paraId="4C355CDB" w14:textId="77777777" w:rsidR="00FB7224" w:rsidRDefault="00FB7224">
      <w:pPr>
        <w:pBdr>
          <w:bottom w:val="single" w:sz="6" w:space="1" w:color="AAAAAA"/>
        </w:pBdr>
      </w:pPr>
    </w:p>
    <w:p w14:paraId="6B32F212" w14:textId="77777777" w:rsidR="00DA71CC" w:rsidRDefault="00000000">
      <w:pPr>
        <w:pStyle w:val="Heading2"/>
      </w:pPr>
      <w:bookmarkStart w:id="2" w:name="_Toc230684849"/>
      <w:r>
        <w:rPr>
          <w:color w:val="2E74B5"/>
        </w:rPr>
        <w:t>1. Getting Started</w:t>
      </w:r>
      <w:bookmarkEnd w:id="2"/>
    </w:p>
    <w:p w14:paraId="1C7D8D62" w14:textId="77777777" w:rsidR="00DA71CC" w:rsidRDefault="00000000">
      <w:pPr>
        <w:pStyle w:val="Heading3"/>
      </w:pPr>
      <w:bookmarkStart w:id="3" w:name="_Toc230684850"/>
      <w:r>
        <w:rPr>
          <w:color w:val="2F5297"/>
        </w:rPr>
        <w:t>Logging In</w:t>
      </w:r>
      <w:bookmarkEnd w:id="3"/>
    </w:p>
    <w:p w14:paraId="17A5B15C" w14:textId="5DF6604D" w:rsidR="00DA71CC" w:rsidRDefault="00000000">
      <w:pPr>
        <w:pStyle w:val="ListNumber"/>
      </w:pPr>
      <w:r>
        <w:t>Open the JQC web app in your browser</w:t>
      </w:r>
      <w:r w:rsidR="00FB7224">
        <w:t xml:space="preserve">: </w:t>
      </w:r>
      <w:hyperlink r:id="rId6" w:history="1">
        <w:r w:rsidR="00FB7224" w:rsidRPr="00FB7224">
          <w:rPr>
            <w:rStyle w:val="Hyperlink"/>
          </w:rPr>
          <w:t>https://jqc.ltservicesinc.com</w:t>
        </w:r>
      </w:hyperlink>
    </w:p>
    <w:p w14:paraId="4A91D835" w14:textId="77777777" w:rsidR="00DA71CC" w:rsidRDefault="00000000">
      <w:pPr>
        <w:pStyle w:val="ListNumber"/>
      </w:pPr>
      <w:r>
        <w:t xml:space="preserve">Enter your </w:t>
      </w:r>
      <w:r>
        <w:rPr>
          <w:b/>
        </w:rPr>
        <w:t>username</w:t>
      </w:r>
      <w:r>
        <w:t xml:space="preserve"> and </w:t>
      </w:r>
      <w:r>
        <w:rPr>
          <w:b/>
        </w:rPr>
        <w:t>password</w:t>
      </w:r>
      <w:r>
        <w:t>.</w:t>
      </w:r>
    </w:p>
    <w:p w14:paraId="58205586" w14:textId="77777777" w:rsidR="00DA71CC" w:rsidRDefault="00000000">
      <w:pPr>
        <w:pStyle w:val="ListNumber"/>
      </w:pPr>
      <w:r>
        <w:t xml:space="preserve">Tick </w:t>
      </w:r>
      <w:r>
        <w:rPr>
          <w:b/>
        </w:rPr>
        <w:t>Remember Me</w:t>
      </w:r>
      <w:r>
        <w:t xml:space="preserve"> if you want to stay logged in on this device.</w:t>
      </w:r>
    </w:p>
    <w:p w14:paraId="6B7DE19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Sign In</w:t>
      </w:r>
      <w:r>
        <w:t>.</w:t>
      </w:r>
    </w:p>
    <w:p w14:paraId="575A6719" w14:textId="77777777" w:rsidR="00DA71CC" w:rsidRDefault="00000000">
      <w:pPr>
        <w:pStyle w:val="Heading3"/>
      </w:pPr>
      <w:bookmarkStart w:id="4" w:name="_Toc230684851"/>
      <w:r>
        <w:rPr>
          <w:color w:val="2F5297"/>
        </w:rPr>
        <w:t>What You Can See</w:t>
      </w:r>
      <w:bookmarkEnd w:id="4"/>
    </w:p>
    <w:p w14:paraId="42320BCA" w14:textId="77777777" w:rsidR="00DA71CC" w:rsidRDefault="00000000">
      <w:r>
        <w:t xml:space="preserve">Your access is limited to the </w:t>
      </w:r>
      <w:r>
        <w:rPr>
          <w:b/>
        </w:rPr>
        <w:t>contracts (facilities) assigned to you</w:t>
      </w:r>
      <w:r>
        <w:t xml:space="preserve"> by your administrator. If you log in and everything appears empty, contact your admin — they need to assign you to at least one contract before anything is visible.</w:t>
      </w:r>
    </w:p>
    <w:p w14:paraId="14FB18D4" w14:textId="77777777" w:rsidR="00DA71CC" w:rsidRDefault="00DA71CC">
      <w:pPr>
        <w:pBdr>
          <w:bottom w:val="single" w:sz="6" w:space="1" w:color="AAAAAA"/>
        </w:pBdr>
      </w:pPr>
    </w:p>
    <w:p w14:paraId="7FF44BB0" w14:textId="77777777" w:rsidR="00DA71CC" w:rsidRDefault="00000000">
      <w:pPr>
        <w:pStyle w:val="Heading2"/>
      </w:pPr>
      <w:bookmarkStart w:id="5" w:name="_Toc230684852"/>
      <w:r>
        <w:rPr>
          <w:color w:val="2E74B5"/>
        </w:rPr>
        <w:t>2. Dashboard</w:t>
      </w:r>
      <w:bookmarkEnd w:id="5"/>
    </w:p>
    <w:p w14:paraId="5A089480" w14:textId="77777777" w:rsidR="00DA71CC" w:rsidRDefault="00000000">
      <w:r>
        <w:t>The dashboard is the first page you see after logging in. It gives you a quick overview of your work.</w:t>
      </w:r>
    </w:p>
    <w:p w14:paraId="1635CC31" w14:textId="77777777" w:rsidR="00DA71CC" w:rsidRDefault="00000000">
      <w:pPr>
        <w:pStyle w:val="Heading3"/>
      </w:pPr>
      <w:bookmarkStart w:id="6" w:name="_Toc230684853"/>
      <w:r>
        <w:rPr>
          <w:color w:val="2F5297"/>
        </w:rPr>
        <w:t>Stats Row (top)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A71CC" w14:paraId="45FA90E5" w14:textId="77777777">
        <w:tc>
          <w:tcPr>
            <w:tcW w:w="4320" w:type="dxa"/>
            <w:shd w:val="clear" w:color="auto" w:fill="D6E4F7"/>
          </w:tcPr>
          <w:p w14:paraId="28E7378A" w14:textId="77777777" w:rsidR="00DA71CC" w:rsidRDefault="00000000">
            <w:r>
              <w:rPr>
                <w:b/>
              </w:rPr>
              <w:t>Card</w:t>
            </w:r>
          </w:p>
        </w:tc>
        <w:tc>
          <w:tcPr>
            <w:tcW w:w="4320" w:type="dxa"/>
            <w:shd w:val="clear" w:color="auto" w:fill="D6E4F7"/>
          </w:tcPr>
          <w:p w14:paraId="494A6467" w14:textId="77777777" w:rsidR="00DA71CC" w:rsidRDefault="00000000">
            <w:r>
              <w:rPr>
                <w:b/>
              </w:rPr>
              <w:t>What it shows</w:t>
            </w:r>
          </w:p>
        </w:tc>
      </w:tr>
      <w:tr w:rsidR="00DA71CC" w14:paraId="14242C70" w14:textId="77777777">
        <w:tc>
          <w:tcPr>
            <w:tcW w:w="4320" w:type="dxa"/>
          </w:tcPr>
          <w:p w14:paraId="389573FD" w14:textId="77777777" w:rsidR="00DA71CC" w:rsidRDefault="00000000">
            <w:r>
              <w:rPr>
                <w:b/>
              </w:rPr>
              <w:t>Today's Inspections</w:t>
            </w:r>
          </w:p>
        </w:tc>
        <w:tc>
          <w:tcPr>
            <w:tcW w:w="4320" w:type="dxa"/>
          </w:tcPr>
          <w:p w14:paraId="588F7FBC" w14:textId="77777777" w:rsidR="00DA71CC" w:rsidRDefault="00000000">
            <w:r>
              <w:t>Total inspections started today at your facilities</w:t>
            </w:r>
          </w:p>
        </w:tc>
      </w:tr>
      <w:tr w:rsidR="00DA71CC" w14:paraId="17FC2A35" w14:textId="77777777">
        <w:tc>
          <w:tcPr>
            <w:tcW w:w="4320" w:type="dxa"/>
          </w:tcPr>
          <w:p w14:paraId="4AC96FB2" w14:textId="6256A7E8" w:rsidR="00DA71CC" w:rsidRDefault="00FC0AC8">
            <w:r>
              <w:rPr>
                <w:b/>
              </w:rPr>
              <w:t>Submitted Today</w:t>
            </w:r>
          </w:p>
        </w:tc>
        <w:tc>
          <w:tcPr>
            <w:tcW w:w="4320" w:type="dxa"/>
          </w:tcPr>
          <w:p w14:paraId="2CCEE38C" w14:textId="77777777" w:rsidR="00DA71CC" w:rsidRDefault="00000000">
            <w:r>
              <w:t>Inspections you marked as submitted today</w:t>
            </w:r>
          </w:p>
        </w:tc>
      </w:tr>
      <w:tr w:rsidR="00DA71CC" w14:paraId="6F878375" w14:textId="77777777">
        <w:tc>
          <w:tcPr>
            <w:tcW w:w="4320" w:type="dxa"/>
          </w:tcPr>
          <w:p w14:paraId="3FEBFD82" w14:textId="77777777" w:rsidR="00DA71CC" w:rsidRDefault="00000000">
            <w:r>
              <w:rPr>
                <w:b/>
              </w:rPr>
              <w:t>Open Issues</w:t>
            </w:r>
          </w:p>
        </w:tc>
        <w:tc>
          <w:tcPr>
            <w:tcW w:w="4320" w:type="dxa"/>
          </w:tcPr>
          <w:p w14:paraId="5B693E4A" w14:textId="5600721B" w:rsidR="00DA71CC" w:rsidRDefault="00000000">
            <w:r>
              <w:t xml:space="preserve">Issues currently open or </w:t>
            </w:r>
            <w:r w:rsidR="00FC0AC8">
              <w:t>in progress</w:t>
            </w:r>
            <w:r>
              <w:t xml:space="preserve"> at your contracted facilities</w:t>
            </w:r>
          </w:p>
        </w:tc>
      </w:tr>
      <w:tr w:rsidR="00DA71CC" w14:paraId="0FBB57B0" w14:textId="77777777">
        <w:tc>
          <w:tcPr>
            <w:tcW w:w="4320" w:type="dxa"/>
          </w:tcPr>
          <w:p w14:paraId="3CCB12E5" w14:textId="77777777" w:rsidR="00DA71CC" w:rsidRDefault="00000000">
            <w:r>
              <w:rPr>
                <w:b/>
              </w:rPr>
              <w:t>Avg Score (30 days)</w:t>
            </w:r>
          </w:p>
        </w:tc>
        <w:tc>
          <w:tcPr>
            <w:tcW w:w="4320" w:type="dxa"/>
          </w:tcPr>
          <w:p w14:paraId="55A0AA8A" w14:textId="77777777" w:rsidR="00DA71CC" w:rsidRDefault="00000000">
            <w:r>
              <w:t>Average score across your completed inspections in the last 30 days</w:t>
            </w:r>
          </w:p>
        </w:tc>
      </w:tr>
    </w:tbl>
    <w:p w14:paraId="211FAF77" w14:textId="77777777" w:rsidR="00DA71CC" w:rsidRDefault="00DA71CC"/>
    <w:p w14:paraId="579B285E" w14:textId="77777777" w:rsidR="00DA71CC" w:rsidRDefault="00000000">
      <w:pPr>
        <w:pStyle w:val="Heading3"/>
      </w:pPr>
      <w:bookmarkStart w:id="7" w:name="_Toc230684854"/>
      <w:r>
        <w:rPr>
          <w:color w:val="2F5297"/>
        </w:rPr>
        <w:t>My Open Issues Widget</w:t>
      </w:r>
      <w:bookmarkEnd w:id="7"/>
    </w:p>
    <w:p w14:paraId="76688A91" w14:textId="59C7B09D" w:rsidR="00DA71CC" w:rsidRDefault="00000000">
      <w:r>
        <w:t xml:space="preserve">Below the stats, you will see a table of </w:t>
      </w:r>
      <w:r>
        <w:rPr>
          <w:b/>
        </w:rPr>
        <w:t>issues currently assigned to you</w:t>
      </w:r>
      <w:r>
        <w:t xml:space="preserve"> that are open or </w:t>
      </w:r>
      <w:r w:rsidR="00FC0AC8">
        <w:t>in progress</w:t>
      </w:r>
      <w:r>
        <w:t>. This is your personal to-do list. Each row shows:</w:t>
      </w:r>
    </w:p>
    <w:p w14:paraId="2398D683" w14:textId="1C244799" w:rsidR="00DA71CC" w:rsidRDefault="00000000">
      <w:pPr>
        <w:pStyle w:val="ListBullet"/>
      </w:pPr>
      <w:r>
        <w:t xml:space="preserve">Issue ID and a link to view the full </w:t>
      </w:r>
      <w:r w:rsidR="00FC0AC8">
        <w:t>details</w:t>
      </w:r>
    </w:p>
    <w:p w14:paraId="396A208E" w14:textId="77777777" w:rsidR="00DA71CC" w:rsidRDefault="00000000">
      <w:pPr>
        <w:pStyle w:val="ListBullet"/>
      </w:pPr>
      <w:r>
        <w:t>Severity badge (Critical / High / Medium / Low)</w:t>
      </w:r>
    </w:p>
    <w:p w14:paraId="376FAD92" w14:textId="77777777" w:rsidR="00DA71CC" w:rsidRDefault="00000000">
      <w:pPr>
        <w:pStyle w:val="ListBullet"/>
      </w:pPr>
      <w:r>
        <w:t>Facility and description</w:t>
      </w:r>
    </w:p>
    <w:p w14:paraId="5262868A" w14:textId="77777777" w:rsidR="00DA71CC" w:rsidRDefault="00000000">
      <w:pPr>
        <w:pStyle w:val="ListBullet"/>
      </w:pPr>
      <w:r>
        <w:t>Status</w:t>
      </w:r>
    </w:p>
    <w:p w14:paraId="28D0476F" w14:textId="77777777" w:rsidR="00DA71CC" w:rsidRDefault="00000000">
      <w:pPr>
        <w:pStyle w:val="ListBullet"/>
      </w:pPr>
      <w:r>
        <w:t>SLA indicator — how much time is left to resolve the issue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190522E8" w14:textId="77777777">
        <w:tc>
          <w:tcPr>
            <w:tcW w:w="8640" w:type="dxa"/>
            <w:shd w:val="clear" w:color="auto" w:fill="E8F0FE"/>
          </w:tcPr>
          <w:p w14:paraId="595124FF" w14:textId="63BE824C" w:rsidR="00DA71CC" w:rsidRDefault="00000000">
            <w:pPr>
              <w:ind w:left="144" w:right="144"/>
            </w:pPr>
            <w:r>
              <w:rPr>
                <w:b/>
              </w:rPr>
              <w:t xml:space="preserve">SLA </w:t>
            </w:r>
            <w:r w:rsidR="00B1216F">
              <w:rPr>
                <w:b/>
              </w:rPr>
              <w:t>colors</w:t>
            </w:r>
            <w:r>
              <w:rPr>
                <w:b/>
              </w:rPr>
              <w:t>:</w:t>
            </w:r>
            <w:r>
              <w:t xml:space="preserve"> Red row = deadline already passed (Breached). Yellow row = over 75% of the allowed time has elapsed (At Risk). No </w:t>
            </w:r>
            <w:r w:rsidR="00B1216F">
              <w:t>color</w:t>
            </w:r>
            <w:r>
              <w:t xml:space="preserve"> = within deadline (OK).</w:t>
            </w:r>
          </w:p>
        </w:tc>
      </w:tr>
    </w:tbl>
    <w:p w14:paraId="7518D0B5" w14:textId="77777777" w:rsidR="00DA71CC" w:rsidRDefault="00DA71CC"/>
    <w:p w14:paraId="540B92F5" w14:textId="77777777" w:rsidR="00DA71CC" w:rsidRDefault="00000000">
      <w:pPr>
        <w:pStyle w:val="Heading3"/>
      </w:pPr>
      <w:bookmarkStart w:id="8" w:name="_Toc230684855"/>
      <w:r>
        <w:rPr>
          <w:color w:val="2F5297"/>
        </w:rPr>
        <w:t>Pending Follow-Ups Alert</w:t>
      </w:r>
      <w:bookmarkEnd w:id="8"/>
    </w:p>
    <w:p w14:paraId="5B11ADB9" w14:textId="77777777" w:rsidR="00DA71CC" w:rsidRDefault="00000000">
      <w:r>
        <w:t>If any of your completed inspections were flagged as requiring a follow-up but no follow-up inspection has been filed yet, a warning badge appears in the navigation bar. Click it to see which inspections need attention.</w:t>
      </w:r>
    </w:p>
    <w:p w14:paraId="5042818D" w14:textId="77777777" w:rsidR="00DA71CC" w:rsidRDefault="00000000">
      <w:pPr>
        <w:pStyle w:val="Heading3"/>
      </w:pPr>
      <w:bookmarkStart w:id="9" w:name="_Toc230684856"/>
      <w:r>
        <w:rPr>
          <w:color w:val="2F5297"/>
        </w:rPr>
        <w:t>Score Trend Chart</w:t>
      </w:r>
      <w:bookmarkEnd w:id="9"/>
    </w:p>
    <w:p w14:paraId="2270D4EB" w14:textId="77777777" w:rsidR="00DA71CC" w:rsidRDefault="00000000">
      <w:r>
        <w:t>A line chart shows your average inspection score day-by-day over the last 30 days. Use the facility selector above the chart to view a specific building's trend.</w:t>
      </w:r>
    </w:p>
    <w:p w14:paraId="5DA4F4EA" w14:textId="77777777" w:rsidR="00DA71CC" w:rsidRDefault="00DA71CC">
      <w:pPr>
        <w:pBdr>
          <w:bottom w:val="single" w:sz="6" w:space="1" w:color="AAAAAA"/>
        </w:pBdr>
      </w:pPr>
    </w:p>
    <w:p w14:paraId="1C54A208" w14:textId="77777777" w:rsidR="00DA71CC" w:rsidRDefault="00000000">
      <w:pPr>
        <w:pStyle w:val="Heading2"/>
      </w:pPr>
      <w:bookmarkStart w:id="10" w:name="_Toc230684857"/>
      <w:r>
        <w:rPr>
          <w:color w:val="2E74B5"/>
        </w:rPr>
        <w:t>3. Running an Inspection</w:t>
      </w:r>
      <w:bookmarkEnd w:id="10"/>
    </w:p>
    <w:p w14:paraId="75D8CB65" w14:textId="77777777" w:rsidR="00DA71CC" w:rsidRDefault="00000000">
      <w:pPr>
        <w:pStyle w:val="Heading3"/>
      </w:pPr>
      <w:bookmarkStart w:id="11" w:name="_Toc230684858"/>
      <w:r>
        <w:rPr>
          <w:color w:val="2F5297"/>
        </w:rPr>
        <w:t>Step 1 — Start an Inspection</w:t>
      </w:r>
      <w:bookmarkEnd w:id="11"/>
    </w:p>
    <w:p w14:paraId="18FFCE44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Inspections</w:t>
      </w:r>
      <w:r>
        <w:t xml:space="preserve"> in the top navigation bar.</w:t>
      </w:r>
    </w:p>
    <w:p w14:paraId="2898C1D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Inspection</w:t>
      </w:r>
      <w:r>
        <w:t xml:space="preserve"> (green button, top right).</w:t>
      </w:r>
    </w:p>
    <w:p w14:paraId="07507B32" w14:textId="77777777" w:rsidR="00DA71CC" w:rsidRDefault="00000000">
      <w:pPr>
        <w:pStyle w:val="ListNumber"/>
      </w:pPr>
      <w:r>
        <w:t>Fill in the form:</w:t>
      </w:r>
    </w:p>
    <w:p w14:paraId="308233CC" w14:textId="77777777" w:rsidR="00B1216F" w:rsidRDefault="00B1216F">
      <w:pPr>
        <w:pStyle w:val="ListBullet2"/>
      </w:pPr>
      <w:r>
        <w:rPr>
          <w:b/>
        </w:rPr>
        <w:t>Template</w:t>
      </w:r>
      <w:r>
        <w:t xml:space="preserve"> — select the inspection checklist to use.</w:t>
      </w:r>
    </w:p>
    <w:p w14:paraId="3592E1D7" w14:textId="0FB5120D" w:rsidR="00DA71CC" w:rsidRDefault="00000000">
      <w:pPr>
        <w:pStyle w:val="ListBullet2"/>
      </w:pPr>
      <w:r>
        <w:rPr>
          <w:b/>
        </w:rPr>
        <w:t>Contract</w:t>
      </w:r>
      <w:r>
        <w:t xml:space="preserve"> — select the contract the facility belongs to (only your assigned contracts are listed).</w:t>
      </w:r>
    </w:p>
    <w:p w14:paraId="08C29FE5" w14:textId="42B2290D" w:rsidR="00DA71CC" w:rsidRDefault="00000000" w:rsidP="00B1216F">
      <w:pPr>
        <w:pStyle w:val="ListBullet2"/>
      </w:pPr>
      <w:r>
        <w:rPr>
          <w:b/>
        </w:rPr>
        <w:t>Facility</w:t>
      </w:r>
      <w:r>
        <w:t xml:space="preserve"> — select the specific building. The list updates automatically when you change the contract.</w:t>
      </w:r>
    </w:p>
    <w:p w14:paraId="2D7CC20D" w14:textId="4D0DDD54" w:rsidR="00DA71CC" w:rsidRDefault="00000000">
      <w:pPr>
        <w:pStyle w:val="ListNumber"/>
      </w:pPr>
      <w:r>
        <w:t xml:space="preserve">Click </w:t>
      </w:r>
      <w:r w:rsidR="00B1216F">
        <w:rPr>
          <w:b/>
        </w:rPr>
        <w:t>Begin Inspection</w:t>
      </w:r>
      <w:r>
        <w:t>.</w:t>
      </w:r>
    </w:p>
    <w:p w14:paraId="262D267F" w14:textId="77777777" w:rsidR="00DA71CC" w:rsidRDefault="00000000">
      <w:r>
        <w:t>The inspection form opens immediately.</w:t>
      </w:r>
    </w:p>
    <w:p w14:paraId="2D2A8B56" w14:textId="77777777" w:rsidR="00DA71CC" w:rsidRDefault="00DA71CC">
      <w:pPr>
        <w:pBdr>
          <w:bottom w:val="single" w:sz="6" w:space="1" w:color="AAAAAA"/>
        </w:pBdr>
      </w:pPr>
    </w:p>
    <w:p w14:paraId="54303ABB" w14:textId="77777777" w:rsidR="00DA71CC" w:rsidRDefault="00000000">
      <w:pPr>
        <w:pStyle w:val="Heading3"/>
      </w:pPr>
      <w:bookmarkStart w:id="12" w:name="_Toc230684859"/>
      <w:r>
        <w:rPr>
          <w:color w:val="2F5297"/>
        </w:rPr>
        <w:t>Step 2 — Fill Out the Inspection Form</w:t>
      </w:r>
      <w:bookmarkEnd w:id="12"/>
    </w:p>
    <w:p w14:paraId="594A05A1" w14:textId="77777777" w:rsidR="00DA71CC" w:rsidRDefault="00000000">
      <w:r>
        <w:t>The form is divided into sections. Each section contains items with a rating scale (typically 1–5) and an optional notes field.</w:t>
      </w:r>
    </w:p>
    <w:p w14:paraId="07C6C855" w14:textId="77777777" w:rsidR="00DA71CC" w:rsidRDefault="00000000">
      <w:r>
        <w:rPr>
          <w:i/>
          <w:color w:val="606060"/>
        </w:rPr>
        <w:t>*Rating an item:*</w:t>
      </w:r>
    </w:p>
    <w:p w14:paraId="70002C5C" w14:textId="77777777" w:rsidR="00DA71CC" w:rsidRDefault="00000000">
      <w:pPr>
        <w:pStyle w:val="ListBullet"/>
      </w:pPr>
      <w:r>
        <w:t>Click the numbered button (1 = worst, 5 = best).</w:t>
      </w:r>
    </w:p>
    <w:p w14:paraId="51B2AA33" w14:textId="77777777" w:rsidR="00DA71CC" w:rsidRDefault="00000000">
      <w:pPr>
        <w:pStyle w:val="ListBullet"/>
      </w:pPr>
      <w:r>
        <w:t>The selected rating is highlighted.</w:t>
      </w:r>
    </w:p>
    <w:p w14:paraId="4E384C34" w14:textId="77777777" w:rsidR="00DA71CC" w:rsidRDefault="00000000">
      <w:pPr>
        <w:pStyle w:val="ListBullet"/>
      </w:pPr>
      <w:r>
        <w:t xml:space="preserve">Leave a rating at </w:t>
      </w:r>
      <w:r>
        <w:rPr>
          <w:b/>
        </w:rPr>
        <w:t>0</w:t>
      </w:r>
      <w:r>
        <w:t xml:space="preserve"> (or unselected) only if the item is </w:t>
      </w:r>
      <w:r>
        <w:rPr>
          <w:b/>
        </w:rPr>
        <w:t>not applicable</w:t>
      </w:r>
      <w:r>
        <w:t xml:space="preserve"> — it will be excluded from the score calculation.</w:t>
      </w:r>
    </w:p>
    <w:p w14:paraId="60D05363" w14:textId="77777777" w:rsidR="00DA71CC" w:rsidRDefault="00000000">
      <w:r>
        <w:rPr>
          <w:i/>
          <w:color w:val="606060"/>
        </w:rPr>
        <w:t>*Adding a note:*</w:t>
      </w:r>
    </w:p>
    <w:p w14:paraId="331BD768" w14:textId="77777777" w:rsidR="00DA71CC" w:rsidRDefault="00000000">
      <w:pPr>
        <w:pStyle w:val="ListBullet"/>
      </w:pPr>
      <w:r>
        <w:t>Type directly in the text box below each item.</w:t>
      </w:r>
    </w:p>
    <w:p w14:paraId="4E236D79" w14:textId="77777777" w:rsidR="00DA71CC" w:rsidRDefault="00000000">
      <w:r>
        <w:rPr>
          <w:i/>
          <w:color w:val="606060"/>
        </w:rPr>
        <w:lastRenderedPageBreak/>
        <w:t>*Adding a photo to an item:*</w:t>
      </w:r>
    </w:p>
    <w:p w14:paraId="402B99BE" w14:textId="77777777" w:rsidR="00DA71CC" w:rsidRDefault="00000000">
      <w:pPr>
        <w:pStyle w:val="ListBullet"/>
      </w:pPr>
      <w:r>
        <w:t>Click the camera/upload zone below the item.</w:t>
      </w:r>
    </w:p>
    <w:p w14:paraId="63B5DF3E" w14:textId="77777777" w:rsidR="00DA71CC" w:rsidRDefault="00000000">
      <w:pPr>
        <w:pStyle w:val="ListBullet"/>
      </w:pPr>
      <w:r>
        <w:t>Select a photo from your device.</w:t>
      </w:r>
    </w:p>
    <w:p w14:paraId="534249D4" w14:textId="77CCD4E6" w:rsidR="00DA71CC" w:rsidRDefault="00000000">
      <w:pPr>
        <w:pStyle w:val="ListBullet"/>
      </w:pPr>
      <w:r>
        <w:t>The photo uploads immediately</w:t>
      </w:r>
      <w:r w:rsidR="00A73158">
        <w:t>,</w:t>
      </w:r>
      <w:r>
        <w:t xml:space="preserve"> and a thumbnail appears. You do </w:t>
      </w:r>
      <w:r>
        <w:rPr>
          <w:b/>
        </w:rPr>
        <w:t>not</w:t>
      </w:r>
      <w:r>
        <w:t xml:space="preserve"> need to wait until you submit.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61BE6399" w14:textId="77777777">
        <w:tc>
          <w:tcPr>
            <w:tcW w:w="8640" w:type="dxa"/>
            <w:shd w:val="clear" w:color="auto" w:fill="E8F0FE"/>
          </w:tcPr>
          <w:p w14:paraId="311730F8" w14:textId="77777777" w:rsidR="00DA71CC" w:rsidRDefault="00000000">
            <w:pPr>
              <w:ind w:left="144" w:right="144"/>
            </w:pPr>
            <w:r>
              <w:rPr>
                <w:b/>
              </w:rPr>
              <w:t>Important:</w:t>
            </w:r>
            <w:r>
              <w:t xml:space="preserve"> Photos are sent to the server the moment you select them. Even if you navigate away or close the browser, the uploaded photo is saved. Never skip this step — evidence photos are critical for the record.</w:t>
            </w:r>
          </w:p>
        </w:tc>
      </w:tr>
    </w:tbl>
    <w:p w14:paraId="5FFFC5B0" w14:textId="77777777" w:rsidR="00DA71CC" w:rsidRDefault="00DA71CC"/>
    <w:p w14:paraId="724FDA5C" w14:textId="77777777" w:rsidR="00DA71CC" w:rsidRDefault="00DA71CC">
      <w:pPr>
        <w:pBdr>
          <w:bottom w:val="single" w:sz="6" w:space="1" w:color="AAAAAA"/>
        </w:pBdr>
      </w:pPr>
    </w:p>
    <w:p w14:paraId="7C78EB10" w14:textId="77777777" w:rsidR="00DA71CC" w:rsidRDefault="00000000">
      <w:pPr>
        <w:pStyle w:val="Heading3"/>
      </w:pPr>
      <w:bookmarkStart w:id="13" w:name="_Toc230684860"/>
      <w:r>
        <w:rPr>
          <w:color w:val="2F5297"/>
        </w:rPr>
        <w:t>Step 3 — Auto-Save</w:t>
      </w:r>
      <w:bookmarkEnd w:id="13"/>
    </w:p>
    <w:p w14:paraId="45DEB787" w14:textId="77777777" w:rsidR="00DA71CC" w:rsidRDefault="00000000">
      <w:r>
        <w:t xml:space="preserve">The system automatically saves your progress every </w:t>
      </w:r>
      <w:r>
        <w:rPr>
          <w:b/>
        </w:rPr>
        <w:t>60 seconds</w:t>
      </w:r>
      <w:r>
        <w:t xml:space="preserve"> as a draft. You will see a small "Last saved" timestamp at the bottom of the page.</w:t>
      </w:r>
    </w:p>
    <w:p w14:paraId="0C33937B" w14:textId="77777777" w:rsidR="00DA71CC" w:rsidRDefault="00000000">
      <w:r>
        <w:t xml:space="preserve">You can also save manually at any time by clicking </w:t>
      </w:r>
      <w:r>
        <w:rPr>
          <w:b/>
        </w:rPr>
        <w:t>Save Draft</w:t>
      </w:r>
      <w:r>
        <w:t xml:space="preserve"> in the footer.</w:t>
      </w:r>
    </w:p>
    <w:p w14:paraId="31AD9C91" w14:textId="77777777" w:rsidR="00DA71CC" w:rsidRDefault="00000000">
      <w:r>
        <w:t>If you need to leave and come back later:</w:t>
      </w:r>
    </w:p>
    <w:p w14:paraId="6C5C3A1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Draft</w:t>
      </w:r>
      <w:r>
        <w:t>.</w:t>
      </w:r>
    </w:p>
    <w:p w14:paraId="292CA4C0" w14:textId="77777777" w:rsidR="00DA71CC" w:rsidRDefault="00000000">
      <w:pPr>
        <w:pStyle w:val="ListNumber"/>
      </w:pPr>
      <w:r>
        <w:t>Close the browser or navigate away.</w:t>
      </w:r>
    </w:p>
    <w:p w14:paraId="30B915EB" w14:textId="77777777" w:rsidR="00DA71CC" w:rsidRDefault="00000000">
      <w:pPr>
        <w:pStyle w:val="ListNumber"/>
      </w:pPr>
      <w:r>
        <w:t xml:space="preserve">Return to </w:t>
      </w:r>
      <w:r>
        <w:rPr>
          <w:b/>
        </w:rPr>
        <w:t>Inspections → In Progress</w:t>
      </w:r>
      <w:r>
        <w:t xml:space="preserve"> to resume.</w:t>
      </w:r>
    </w:p>
    <w:p w14:paraId="478AACBD" w14:textId="77777777" w:rsidR="00DA71CC" w:rsidRDefault="00DA71CC">
      <w:pPr>
        <w:pBdr>
          <w:bottom w:val="single" w:sz="6" w:space="1" w:color="AAAAAA"/>
        </w:pBdr>
      </w:pPr>
    </w:p>
    <w:p w14:paraId="2E11BCBB" w14:textId="77777777" w:rsidR="00DA71CC" w:rsidRDefault="00000000">
      <w:pPr>
        <w:pStyle w:val="Heading3"/>
      </w:pPr>
      <w:bookmarkStart w:id="14" w:name="_Toc230684861"/>
      <w:r>
        <w:rPr>
          <w:color w:val="2F5297"/>
        </w:rPr>
        <w:t>Step 4 — Submit the Inspection</w:t>
      </w:r>
      <w:bookmarkEnd w:id="14"/>
    </w:p>
    <w:p w14:paraId="79822540" w14:textId="77777777" w:rsidR="00DA71CC" w:rsidRDefault="00000000">
      <w:r>
        <w:t>When all items are rated:</w:t>
      </w:r>
    </w:p>
    <w:p w14:paraId="10DC07DB" w14:textId="77777777" w:rsidR="00DA71CC" w:rsidRDefault="00000000">
      <w:pPr>
        <w:pStyle w:val="ListNumber"/>
      </w:pPr>
      <w:r>
        <w:t xml:space="preserve">Review the </w:t>
      </w:r>
      <w:r>
        <w:rPr>
          <w:b/>
        </w:rPr>
        <w:t>progress indicator</w:t>
      </w:r>
      <w:r>
        <w:t xml:space="preserve"> in the page footer (e.g. "12 / 15 answered").</w:t>
      </w:r>
    </w:p>
    <w:p w14:paraId="64261CEC" w14:textId="77777777" w:rsidR="00DA71CC" w:rsidRDefault="00000000">
      <w:pPr>
        <w:pStyle w:val="ListNumber"/>
      </w:pPr>
      <w:r>
        <w:t xml:space="preserve">Add any overall </w:t>
      </w:r>
      <w:r>
        <w:rPr>
          <w:b/>
        </w:rPr>
        <w:t>Notes</w:t>
      </w:r>
      <w:r>
        <w:t xml:space="preserve"> in the box at the bottom of the form.</w:t>
      </w:r>
    </w:p>
    <w:p w14:paraId="253064B3" w14:textId="77777777" w:rsidR="00DA71CC" w:rsidRDefault="00000000">
      <w:pPr>
        <w:pStyle w:val="ListNumber"/>
      </w:pPr>
      <w:r>
        <w:t xml:space="preserve">If a follow-up visit will be needed, tick </w:t>
      </w:r>
      <w:r>
        <w:rPr>
          <w:b/>
        </w:rPr>
        <w:t>Follow-up Required</w:t>
      </w:r>
      <w:r>
        <w:t xml:space="preserve"> and add a note explaining why.</w:t>
      </w:r>
    </w:p>
    <w:p w14:paraId="4C93EE2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Submit Inspection</w:t>
      </w:r>
      <w:r>
        <w:t>.</w:t>
      </w:r>
    </w:p>
    <w:p w14:paraId="622376A6" w14:textId="77777777" w:rsidR="00DA71CC" w:rsidRDefault="00000000">
      <w:r>
        <w:t xml:space="preserve">The inspection is marked as </w:t>
      </w:r>
      <w:r>
        <w:rPr>
          <w:b/>
        </w:rPr>
        <w:t>Submitted</w:t>
      </w:r>
      <w:r>
        <w:t xml:space="preserve"> and the system calculates the final score. You will be redirected to the inspection detail page.</w:t>
      </w:r>
    </w:p>
    <w:p w14:paraId="058BB884" w14:textId="77777777" w:rsidR="00DA71CC" w:rsidRDefault="00DA71CC">
      <w:pPr>
        <w:pBdr>
          <w:bottom w:val="single" w:sz="6" w:space="1" w:color="AAAAAA"/>
        </w:pBdr>
      </w:pPr>
    </w:p>
    <w:p w14:paraId="5C325D3E" w14:textId="77777777" w:rsidR="00DA71CC" w:rsidRDefault="00000000">
      <w:pPr>
        <w:pStyle w:val="Heading2"/>
      </w:pPr>
      <w:bookmarkStart w:id="15" w:name="_Toc230684862"/>
      <w:r>
        <w:rPr>
          <w:color w:val="2E74B5"/>
        </w:rPr>
        <w:t>4. Flagging an Issue During an Inspection</w:t>
      </w:r>
      <w:bookmarkEnd w:id="15"/>
    </w:p>
    <w:p w14:paraId="133003B2" w14:textId="77777777" w:rsidR="00DA71CC" w:rsidRDefault="00000000">
      <w:r>
        <w:t>If you notice a problem during the inspection that needs to be tracked separately:</w:t>
      </w:r>
    </w:p>
    <w:p w14:paraId="340A73EB" w14:textId="77B512C7" w:rsidR="00DA71CC" w:rsidRDefault="00000000">
      <w:pPr>
        <w:pStyle w:val="ListNumber"/>
      </w:pPr>
      <w:r>
        <w:t xml:space="preserve">Click the </w:t>
      </w:r>
      <w:r>
        <w:rPr>
          <w:b/>
        </w:rPr>
        <w:t xml:space="preserve">Flag </w:t>
      </w:r>
      <w:r w:rsidR="00A73158">
        <w:rPr>
          <w:b/>
        </w:rPr>
        <w:t>for Attention</w:t>
      </w:r>
      <w:r>
        <w:t xml:space="preserve"> button (</w:t>
      </w:r>
      <w:r w:rsidR="00A73158">
        <w:t>at</w:t>
      </w:r>
      <w:r>
        <w:t xml:space="preserve"> the</w:t>
      </w:r>
      <w:r w:rsidR="00A73158">
        <w:t xml:space="preserve"> top of the</w:t>
      </w:r>
      <w:r>
        <w:t xml:space="preserve"> inspection form).</w:t>
      </w:r>
    </w:p>
    <w:p w14:paraId="100DD750" w14:textId="77777777" w:rsidR="00DA71CC" w:rsidRDefault="00000000">
      <w:pPr>
        <w:pStyle w:val="ListNumber"/>
      </w:pPr>
      <w:r>
        <w:lastRenderedPageBreak/>
        <w:t>A panel slides in from the right — the inspection form stays open behind it.</w:t>
      </w:r>
    </w:p>
    <w:p w14:paraId="7E09E2D6" w14:textId="77777777" w:rsidR="00DA71CC" w:rsidRDefault="00000000">
      <w:pPr>
        <w:pStyle w:val="ListNumber"/>
      </w:pPr>
      <w:r>
        <w:t>Fill in:</w:t>
      </w:r>
    </w:p>
    <w:p w14:paraId="5C503695" w14:textId="77777777" w:rsidR="00DA71CC" w:rsidRDefault="00000000">
      <w:pPr>
        <w:pStyle w:val="ListBullet2"/>
      </w:pPr>
      <w:r>
        <w:rPr>
          <w:b/>
        </w:rPr>
        <w:t>Severity</w:t>
      </w:r>
      <w:r>
        <w:t xml:space="preserve"> (Critical / High / Medium / Low)</w:t>
      </w:r>
    </w:p>
    <w:p w14:paraId="0C4AE24D" w14:textId="77777777" w:rsidR="00DA71CC" w:rsidRDefault="00000000">
      <w:pPr>
        <w:pStyle w:val="ListBullet2"/>
      </w:pPr>
      <w:r>
        <w:rPr>
          <w:b/>
        </w:rPr>
        <w:t>Description</w:t>
      </w:r>
      <w:r>
        <w:t xml:space="preserve"> — describe the problem clearly</w:t>
      </w:r>
    </w:p>
    <w:p w14:paraId="2FD8543A" w14:textId="77777777" w:rsidR="00DA71CC" w:rsidRDefault="00000000">
      <w:pPr>
        <w:pStyle w:val="ListBullet2"/>
      </w:pPr>
      <w:r>
        <w:rPr>
          <w:b/>
        </w:rPr>
        <w:t>Photo</w:t>
      </w:r>
      <w:r>
        <w:t xml:space="preserve"> (optional but recommended)</w:t>
      </w:r>
    </w:p>
    <w:p w14:paraId="19240E03" w14:textId="77777777" w:rsidR="00DA71CC" w:rsidRDefault="00000000">
      <w:pPr>
        <w:pStyle w:val="ListBullet2"/>
      </w:pPr>
      <w:r>
        <w:rPr>
          <w:b/>
        </w:rPr>
        <w:t>Assign to</w:t>
      </w:r>
      <w:r>
        <w:t xml:space="preserve"> — leave blank or assign to a specific person</w:t>
      </w:r>
    </w:p>
    <w:p w14:paraId="173A53DF" w14:textId="58B12DF7" w:rsidR="00DA71CC" w:rsidRDefault="00000000">
      <w:pPr>
        <w:pStyle w:val="ListNumber"/>
      </w:pPr>
      <w:r>
        <w:t xml:space="preserve">Click </w:t>
      </w:r>
      <w:r w:rsidR="001108C0">
        <w:rPr>
          <w:b/>
        </w:rPr>
        <w:t>Log</w:t>
      </w:r>
      <w:r>
        <w:rPr>
          <w:b/>
        </w:rPr>
        <w:t xml:space="preserve"> Issue</w:t>
      </w:r>
      <w:r>
        <w:t>.</w:t>
      </w:r>
    </w:p>
    <w:p w14:paraId="33B05021" w14:textId="77777777" w:rsidR="00DA71CC" w:rsidRDefault="00000000">
      <w:r>
        <w:t xml:space="preserve">The issue is created and linked to the current inspection. The panel closes and you continue the inspection from exactly where you left off — </w:t>
      </w:r>
      <w:r>
        <w:rPr>
          <w:b/>
        </w:rPr>
        <w:t>no progress is lost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02DA217F" w14:textId="77777777">
        <w:tc>
          <w:tcPr>
            <w:tcW w:w="8640" w:type="dxa"/>
            <w:shd w:val="clear" w:color="auto" w:fill="E8F0FE"/>
          </w:tcPr>
          <w:p w14:paraId="0DFECBB9" w14:textId="77777777" w:rsidR="00DA71CC" w:rsidRDefault="00000000">
            <w:pPr>
              <w:ind w:left="144" w:right="144"/>
            </w:pPr>
            <w:r>
              <w:rPr>
                <w:b/>
              </w:rPr>
              <w:t>Tip:</w:t>
            </w:r>
            <w:r>
              <w:t xml:space="preserve"> You can flag multiple issues during a single inspection. Each one is tracked separately in the Issues list.</w:t>
            </w:r>
          </w:p>
        </w:tc>
      </w:tr>
    </w:tbl>
    <w:p w14:paraId="0543BBD7" w14:textId="77777777" w:rsidR="00DA71CC" w:rsidRDefault="00DA71CC"/>
    <w:p w14:paraId="1289CB27" w14:textId="77777777" w:rsidR="00DA71CC" w:rsidRDefault="00DA71CC">
      <w:pPr>
        <w:pBdr>
          <w:bottom w:val="single" w:sz="6" w:space="1" w:color="AAAAAA"/>
        </w:pBdr>
      </w:pPr>
    </w:p>
    <w:p w14:paraId="4B43496F" w14:textId="77777777" w:rsidR="00DA71CC" w:rsidRDefault="00000000">
      <w:pPr>
        <w:pStyle w:val="Heading2"/>
      </w:pPr>
      <w:bookmarkStart w:id="16" w:name="_Toc230684863"/>
      <w:r>
        <w:rPr>
          <w:color w:val="2E74B5"/>
        </w:rPr>
        <w:t>5. Viewing Your Inspections</w:t>
      </w:r>
      <w:bookmarkEnd w:id="16"/>
    </w:p>
    <w:p w14:paraId="6F6513B5" w14:textId="77777777" w:rsidR="00DA71CC" w:rsidRDefault="00000000">
      <w:pPr>
        <w:pStyle w:val="Heading3"/>
      </w:pPr>
      <w:bookmarkStart w:id="17" w:name="_Toc230684864"/>
      <w:r>
        <w:rPr>
          <w:color w:val="2F5297"/>
        </w:rPr>
        <w:t>Inspection List</w:t>
      </w:r>
      <w:bookmarkEnd w:id="17"/>
    </w:p>
    <w:p w14:paraId="13B1E9F6" w14:textId="77777777" w:rsidR="00DA71CC" w:rsidRDefault="00000000">
      <w:r>
        <w:t xml:space="preserve">Click </w:t>
      </w:r>
      <w:r>
        <w:rPr>
          <w:b/>
        </w:rPr>
        <w:t>Inspections</w:t>
      </w:r>
      <w:r>
        <w:t xml:space="preserve"> in the navigation bar. You will see all inspections at your contracted facilities, most recent first.</w:t>
      </w:r>
    </w:p>
    <w:p w14:paraId="2B6948BA" w14:textId="77777777" w:rsidR="00DA71CC" w:rsidRDefault="00000000">
      <w:r>
        <w:rPr>
          <w:b/>
        </w:rPr>
        <w:t>Filter bar</w:t>
      </w:r>
      <w:r>
        <w:t xml:space="preserve"> (top of the list):</w:t>
      </w:r>
    </w:p>
    <w:p w14:paraId="0117D08E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filter by In Progress, Submitted, or Flagged</w:t>
      </w:r>
    </w:p>
    <w:p w14:paraId="09A887EB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2172FBEB" w14:textId="77777777" w:rsidR="00DA71CC" w:rsidRDefault="00000000">
      <w:pPr>
        <w:pStyle w:val="ListBullet"/>
      </w:pPr>
      <w:r>
        <w:rPr>
          <w:b/>
        </w:rPr>
        <w:t>Follow-up</w:t>
      </w:r>
      <w:r>
        <w:t xml:space="preserve"> — tick to show only inspections pending a follow-up</w:t>
      </w:r>
    </w:p>
    <w:p w14:paraId="53373887" w14:textId="77777777" w:rsidR="00DA71CC" w:rsidRDefault="00000000">
      <w:pPr>
        <w:pStyle w:val="Heading3"/>
      </w:pPr>
      <w:bookmarkStart w:id="18" w:name="_Toc230684865"/>
      <w:r>
        <w:rPr>
          <w:color w:val="2F5297"/>
        </w:rPr>
        <w:t>Inspection Detail</w:t>
      </w:r>
      <w:bookmarkEnd w:id="18"/>
    </w:p>
    <w:p w14:paraId="0880868C" w14:textId="77777777" w:rsidR="00DA71CC" w:rsidRDefault="00000000">
      <w:r>
        <w:t>Click any inspection row or its ID link to open the full detail view. Here you can see:</w:t>
      </w:r>
    </w:p>
    <w:p w14:paraId="45B66F71" w14:textId="77777777" w:rsidR="00DA71CC" w:rsidRDefault="00000000">
      <w:pPr>
        <w:pStyle w:val="ListBullet"/>
      </w:pPr>
      <w:r>
        <w:t>All rated items and their scores</w:t>
      </w:r>
    </w:p>
    <w:p w14:paraId="02DE1FF1" w14:textId="77777777" w:rsidR="00DA71CC" w:rsidRDefault="00000000">
      <w:pPr>
        <w:pStyle w:val="ListBullet"/>
      </w:pPr>
      <w:r>
        <w:t>Photos attached to each item</w:t>
      </w:r>
    </w:p>
    <w:p w14:paraId="1E7C0485" w14:textId="77777777" w:rsidR="00DA71CC" w:rsidRDefault="00000000">
      <w:pPr>
        <w:pStyle w:val="ListBullet"/>
      </w:pPr>
      <w:r>
        <w:t>The calculated overall score</w:t>
      </w:r>
    </w:p>
    <w:p w14:paraId="16C61CFE" w14:textId="77777777" w:rsidR="00DA71CC" w:rsidRDefault="00000000">
      <w:pPr>
        <w:pStyle w:val="ListBullet"/>
      </w:pPr>
      <w:r>
        <w:t>Notes and follow-up flags</w:t>
      </w:r>
    </w:p>
    <w:p w14:paraId="4952E901" w14:textId="77777777" w:rsidR="00DA71CC" w:rsidRDefault="00000000">
      <w:pPr>
        <w:pStyle w:val="ListBullet"/>
      </w:pPr>
      <w:r>
        <w:t>Any issues that were flagged during the inspection</w:t>
      </w:r>
    </w:p>
    <w:p w14:paraId="0CC1B611" w14:textId="77777777" w:rsidR="00DA71CC" w:rsidRDefault="00000000">
      <w:pPr>
        <w:pStyle w:val="Heading3"/>
      </w:pPr>
      <w:bookmarkStart w:id="19" w:name="_Toc230684866"/>
      <w:r>
        <w:rPr>
          <w:color w:val="2F5297"/>
        </w:rPr>
        <w:t>Follow-Up Inspections</w:t>
      </w:r>
      <w:bookmarkEnd w:id="19"/>
    </w:p>
    <w:p w14:paraId="7E725076" w14:textId="77777777" w:rsidR="00DA71CC" w:rsidRDefault="00000000">
      <w:r>
        <w:t>If an inspection was marked as requiring a follow-up:</w:t>
      </w:r>
    </w:p>
    <w:p w14:paraId="0285B81B" w14:textId="77777777" w:rsidR="00DA71CC" w:rsidRDefault="00000000">
      <w:pPr>
        <w:pStyle w:val="ListNumber"/>
      </w:pPr>
      <w:r>
        <w:t>Open the original inspection.</w:t>
      </w:r>
    </w:p>
    <w:p w14:paraId="5EF4936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Follow-Up Inspection</w:t>
      </w:r>
      <w:r>
        <w:t>.</w:t>
      </w:r>
    </w:p>
    <w:p w14:paraId="67C723EB" w14:textId="77777777" w:rsidR="00DA71CC" w:rsidRDefault="00000000">
      <w:pPr>
        <w:pStyle w:val="ListNumber"/>
      </w:pPr>
      <w:r>
        <w:lastRenderedPageBreak/>
        <w:t>A new inspection pre-filled with the same facility and template opens.</w:t>
      </w:r>
    </w:p>
    <w:p w14:paraId="5DB9CEE1" w14:textId="77777777" w:rsidR="00DA71CC" w:rsidRDefault="00000000">
      <w:r>
        <w:t>The original inspection will no longer appear in the follow-up pending list once a follow-up is on record.</w:t>
      </w:r>
    </w:p>
    <w:p w14:paraId="3C4265C8" w14:textId="77777777" w:rsidR="00DA71CC" w:rsidRDefault="00DA71CC">
      <w:pPr>
        <w:pBdr>
          <w:bottom w:val="single" w:sz="6" w:space="1" w:color="AAAAAA"/>
        </w:pBdr>
      </w:pPr>
    </w:p>
    <w:p w14:paraId="5A476D8A" w14:textId="77777777" w:rsidR="00DA71CC" w:rsidRDefault="00000000">
      <w:pPr>
        <w:pStyle w:val="Heading2"/>
      </w:pPr>
      <w:bookmarkStart w:id="20" w:name="_Toc230684867"/>
      <w:r>
        <w:rPr>
          <w:color w:val="2E74B5"/>
        </w:rPr>
        <w:t>6. Managing Issues</w:t>
      </w:r>
      <w:bookmarkEnd w:id="20"/>
    </w:p>
    <w:p w14:paraId="014236B5" w14:textId="77777777" w:rsidR="00DA71CC" w:rsidRDefault="00000000">
      <w:pPr>
        <w:pStyle w:val="Heading3"/>
      </w:pPr>
      <w:bookmarkStart w:id="21" w:name="_Toc230684868"/>
      <w:r>
        <w:rPr>
          <w:color w:val="2F5297"/>
        </w:rPr>
        <w:t>Viewing Issues</w:t>
      </w:r>
      <w:bookmarkEnd w:id="21"/>
    </w:p>
    <w:p w14:paraId="64395C9F" w14:textId="77777777" w:rsidR="00DA71CC" w:rsidRDefault="00000000">
      <w:r>
        <w:t xml:space="preserve">Click </w:t>
      </w:r>
      <w:r>
        <w:rPr>
          <w:b/>
        </w:rPr>
        <w:t>Issues</w:t>
      </w:r>
      <w:r>
        <w:t xml:space="preserve"> in the navigation bar to see all open and in-progress issues at your contracted facilities.</w:t>
      </w:r>
    </w:p>
    <w:p w14:paraId="07A339AD" w14:textId="77777777" w:rsidR="00DA71CC" w:rsidRDefault="00000000">
      <w:r>
        <w:rPr>
          <w:i/>
          <w:color w:val="606060"/>
        </w:rPr>
        <w:t>*Filters:*</w:t>
      </w:r>
    </w:p>
    <w:p w14:paraId="1BE84EBB" w14:textId="77777777" w:rsidR="00DA71CC" w:rsidRDefault="00000000">
      <w:pPr>
        <w:pStyle w:val="ListBullet"/>
      </w:pPr>
      <w:r>
        <w:rPr>
          <w:b/>
        </w:rPr>
        <w:t>Severity</w:t>
      </w:r>
      <w:r>
        <w:t xml:space="preserve"> — Critical, High, Medium, Low</w:t>
      </w:r>
    </w:p>
    <w:p w14:paraId="3A212E35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Open, In Progress, Pending Verification, Resolved</w:t>
      </w:r>
    </w:p>
    <w:p w14:paraId="25F66BAA" w14:textId="77777777" w:rsidR="00DA71CC" w:rsidRDefault="00000000">
      <w:pPr>
        <w:pStyle w:val="ListBullet"/>
      </w:pPr>
      <w:r>
        <w:rPr>
          <w:b/>
        </w:rPr>
        <w:t>SLA</w:t>
      </w:r>
      <w:r>
        <w:t xml:space="preserve"> — Breached, At Risk, OK</w:t>
      </w:r>
    </w:p>
    <w:p w14:paraId="576F112C" w14:textId="169B4EEF" w:rsidR="00602754" w:rsidRDefault="00602754">
      <w:pPr>
        <w:pStyle w:val="ListBullet"/>
      </w:pPr>
      <w:r>
        <w:rPr>
          <w:b/>
        </w:rPr>
        <w:t xml:space="preserve">Contract </w:t>
      </w:r>
      <w:r>
        <w:t>– filter to a specific contract</w:t>
      </w:r>
    </w:p>
    <w:p w14:paraId="798D2C60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37EC53FD" w14:textId="0A84791F" w:rsidR="00DA71CC" w:rsidRDefault="00000000">
      <w:r>
        <w:t xml:space="preserve">Each row shows the SLA status with </w:t>
      </w:r>
      <w:r w:rsidR="00602754">
        <w:t>color</w:t>
      </w:r>
      <w:r>
        <w:t xml:space="preserve"> coding (red = breached, yellow = at risk). Click the issue ID or the </w:t>
      </w:r>
      <w:r>
        <w:rPr>
          <w:b/>
        </w:rPr>
        <w:t>View</w:t>
      </w:r>
      <w:r>
        <w:t xml:space="preserve"> button to open the full </w:t>
      </w:r>
      <w:r w:rsidR="00602754">
        <w:t>details</w:t>
      </w:r>
      <w:r>
        <w:t>.</w:t>
      </w:r>
    </w:p>
    <w:p w14:paraId="005EE728" w14:textId="77777777" w:rsidR="00DA71CC" w:rsidRDefault="00DA71CC">
      <w:pPr>
        <w:pBdr>
          <w:bottom w:val="single" w:sz="6" w:space="1" w:color="AAAAAA"/>
        </w:pBdr>
      </w:pPr>
    </w:p>
    <w:p w14:paraId="53D69FA1" w14:textId="77777777" w:rsidR="00DA71CC" w:rsidRDefault="00000000">
      <w:pPr>
        <w:pStyle w:val="Heading3"/>
      </w:pPr>
      <w:bookmarkStart w:id="22" w:name="_Toc230684869"/>
      <w:r>
        <w:rPr>
          <w:color w:val="2F5297"/>
        </w:rPr>
        <w:t>Updating an Issue</w:t>
      </w:r>
      <w:bookmarkEnd w:id="22"/>
    </w:p>
    <w:p w14:paraId="6BB6C2DF" w14:textId="77777777" w:rsidR="00DA71CC" w:rsidRDefault="00000000">
      <w:r>
        <w:t>Open an issue you are assigned to. In the right-hand panel:</w:t>
      </w:r>
    </w:p>
    <w:p w14:paraId="5D5ED601" w14:textId="77777777" w:rsidR="00DA71CC" w:rsidRDefault="00000000">
      <w:pPr>
        <w:pStyle w:val="ListNumber"/>
      </w:pPr>
      <w:r>
        <w:rPr>
          <w:b/>
        </w:rPr>
        <w:t>Status</w:t>
      </w:r>
      <w:r>
        <w:t xml:space="preserve"> — change to In Progress when you start working on it, then Resolved when done.</w:t>
      </w:r>
    </w:p>
    <w:p w14:paraId="1A44BAE8" w14:textId="77777777" w:rsidR="00DA71CC" w:rsidRDefault="00000000">
      <w:pPr>
        <w:pStyle w:val="ListNumber"/>
      </w:pPr>
      <w:r>
        <w:rPr>
          <w:b/>
        </w:rPr>
        <w:t>Result Notes</w:t>
      </w:r>
      <w:r>
        <w:t xml:space="preserve"> — describe what was done to fix the problem.</w:t>
      </w:r>
    </w:p>
    <w:p w14:paraId="59C32840" w14:textId="77777777" w:rsidR="00DA71CC" w:rsidRDefault="00000000">
      <w:pPr>
        <w:pStyle w:val="ListNumber"/>
      </w:pPr>
      <w:r>
        <w:rPr>
          <w:b/>
        </w:rPr>
        <w:t>Result Photos</w:t>
      </w:r>
      <w:r>
        <w:t xml:space="preserve"> — attach one or more photos showing the resolution.</w:t>
      </w:r>
    </w:p>
    <w:p w14:paraId="2EEC1484" w14:textId="77777777" w:rsidR="00DA71CC" w:rsidRDefault="00000000">
      <w:pPr>
        <w:pStyle w:val="ListNumber"/>
      </w:pPr>
      <w:r>
        <w:rPr>
          <w:b/>
        </w:rPr>
        <w:t>Update Notes</w:t>
      </w:r>
      <w:r>
        <w:t xml:space="preserve"> — add a short comment visible in the update history (optional).</w:t>
      </w:r>
    </w:p>
    <w:p w14:paraId="31DBC9B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Update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3472BB43" w14:textId="77777777">
        <w:tc>
          <w:tcPr>
            <w:tcW w:w="8640" w:type="dxa"/>
            <w:shd w:val="clear" w:color="auto" w:fill="E8F0FE"/>
          </w:tcPr>
          <w:p w14:paraId="57D57EEA" w14:textId="77777777" w:rsidR="00DA71CC" w:rsidRDefault="00000000">
            <w:pPr>
              <w:ind w:left="144" w:right="144"/>
            </w:pPr>
            <w:r>
              <w:rPr>
                <w:b/>
              </w:rPr>
              <w:t>Requesting verification:</w:t>
            </w:r>
            <w:r>
              <w:t xml:space="preserve"> Once an issue is resolved and you want a director to sign it off, click </w:t>
            </w:r>
            <w:r>
              <w:rPr>
                <w:b/>
              </w:rPr>
              <w:t>Request Verification</w:t>
            </w:r>
            <w:r>
              <w:t>. The issue moves to "Pending Verification" and the relevant director is notified.</w:t>
            </w:r>
          </w:p>
        </w:tc>
      </w:tr>
    </w:tbl>
    <w:p w14:paraId="3086D487" w14:textId="77777777" w:rsidR="00DA71CC" w:rsidRDefault="00DA71CC"/>
    <w:p w14:paraId="3F941B0E" w14:textId="77777777" w:rsidR="00DA71CC" w:rsidRDefault="00DA71CC">
      <w:pPr>
        <w:pBdr>
          <w:bottom w:val="single" w:sz="6" w:space="1" w:color="AAAAAA"/>
        </w:pBdr>
      </w:pPr>
    </w:p>
    <w:p w14:paraId="2FDEC406" w14:textId="77777777" w:rsidR="00DA71CC" w:rsidRDefault="00000000">
      <w:pPr>
        <w:pStyle w:val="Heading3"/>
      </w:pPr>
      <w:bookmarkStart w:id="23" w:name="_Toc230684870"/>
      <w:r>
        <w:rPr>
          <w:color w:val="2F5297"/>
        </w:rPr>
        <w:t>Following an Issue</w:t>
      </w:r>
      <w:bookmarkEnd w:id="23"/>
    </w:p>
    <w:p w14:paraId="1012EF27" w14:textId="77777777" w:rsidR="00DA71CC" w:rsidRDefault="00000000">
      <w:r>
        <w:t>You can subscribe to updates on any issue — even ones not assigned to you:</w:t>
      </w:r>
    </w:p>
    <w:p w14:paraId="416D5DE5" w14:textId="77777777" w:rsidR="00DA71CC" w:rsidRDefault="00000000">
      <w:pPr>
        <w:pStyle w:val="ListBullet"/>
      </w:pPr>
      <w:r>
        <w:lastRenderedPageBreak/>
        <w:t xml:space="preserve">On the issue detail page, click </w:t>
      </w:r>
      <w:r>
        <w:rPr>
          <w:b/>
        </w:rPr>
        <w:t>Follow</w:t>
      </w:r>
      <w:r>
        <w:t xml:space="preserve"> (bell icon, top right of the detail card).</w:t>
      </w:r>
    </w:p>
    <w:p w14:paraId="1BB7F2E9" w14:textId="77777777" w:rsidR="00DA71CC" w:rsidRDefault="00000000">
      <w:pPr>
        <w:pStyle w:val="ListBullet"/>
      </w:pPr>
      <w:r>
        <w:t>You will receive a notification every time the issue is updated, commented on, or resolved.</w:t>
      </w:r>
    </w:p>
    <w:p w14:paraId="7AEE8A84" w14:textId="77777777" w:rsidR="00DA71CC" w:rsidRDefault="00000000">
      <w:pPr>
        <w:pStyle w:val="ListBullet"/>
      </w:pPr>
      <w:r>
        <w:t xml:space="preserve">Click </w:t>
      </w:r>
      <w:r>
        <w:rPr>
          <w:b/>
        </w:rPr>
        <w:t>Unfollow</w:t>
      </w:r>
      <w:r>
        <w:t xml:space="preserve"> at any time to stop.</w:t>
      </w:r>
    </w:p>
    <w:p w14:paraId="2C44DACC" w14:textId="77777777" w:rsidR="00DA71CC" w:rsidRDefault="00000000">
      <w:r>
        <w:t xml:space="preserve">Your followed issues also show a </w:t>
      </w:r>
      <w:r>
        <w:rPr>
          <w:b/>
        </w:rPr>
        <w:t>Following</w:t>
      </w:r>
      <w:r>
        <w:t xml:space="preserve"> badge in the issue list.</w:t>
      </w:r>
    </w:p>
    <w:p w14:paraId="688A8CDD" w14:textId="77777777" w:rsidR="00DA71CC" w:rsidRDefault="00DA71CC">
      <w:pPr>
        <w:pBdr>
          <w:bottom w:val="single" w:sz="6" w:space="1" w:color="AAAAAA"/>
        </w:pBdr>
      </w:pPr>
    </w:p>
    <w:p w14:paraId="264AE270" w14:textId="77777777" w:rsidR="00DA71CC" w:rsidRDefault="00000000">
      <w:pPr>
        <w:pStyle w:val="Heading3"/>
      </w:pPr>
      <w:bookmarkStart w:id="24" w:name="_Toc230684871"/>
      <w:r>
        <w:rPr>
          <w:color w:val="2F5297"/>
        </w:rPr>
        <w:t>Issue Comments / Update History</w:t>
      </w:r>
      <w:bookmarkEnd w:id="24"/>
    </w:p>
    <w:p w14:paraId="21DDA899" w14:textId="77777777" w:rsidR="00DA71CC" w:rsidRDefault="00000000">
      <w:r>
        <w:t xml:space="preserve">Every status change and update note is recorded in the </w:t>
      </w:r>
      <w:r>
        <w:rPr>
          <w:b/>
        </w:rPr>
        <w:t>Update History</w:t>
      </w:r>
      <w:r>
        <w:t xml:space="preserve"> section at the bottom of the issue detail page. This creates a full audit trail visible to you and the management team.</w:t>
      </w:r>
    </w:p>
    <w:p w14:paraId="4F99BB1D" w14:textId="77777777" w:rsidR="00DA71CC" w:rsidRDefault="00DA71CC">
      <w:pPr>
        <w:pBdr>
          <w:bottom w:val="single" w:sz="6" w:space="1" w:color="AAAAAA"/>
        </w:pBdr>
      </w:pPr>
    </w:p>
    <w:p w14:paraId="57AC36F4" w14:textId="77777777" w:rsidR="00DA71CC" w:rsidRDefault="00000000">
      <w:pPr>
        <w:pStyle w:val="Heading2"/>
      </w:pPr>
      <w:bookmarkStart w:id="25" w:name="_Toc230684872"/>
      <w:r>
        <w:rPr>
          <w:color w:val="2E74B5"/>
        </w:rPr>
        <w:t>7. Notifications</w:t>
      </w:r>
      <w:bookmarkEnd w:id="25"/>
    </w:p>
    <w:p w14:paraId="04C50C4E" w14:textId="77777777" w:rsidR="00DA71CC" w:rsidRDefault="00000000">
      <w:pPr>
        <w:pStyle w:val="Heading3"/>
      </w:pPr>
      <w:bookmarkStart w:id="26" w:name="_Toc230684873"/>
      <w:r>
        <w:rPr>
          <w:color w:val="2F5297"/>
        </w:rPr>
        <w:t>In-App Notifications</w:t>
      </w:r>
      <w:bookmarkEnd w:id="26"/>
    </w:p>
    <w:p w14:paraId="1675C1C3" w14:textId="77777777" w:rsidR="00DA71CC" w:rsidRDefault="00000000">
      <w:r>
        <w:t xml:space="preserve">The </w:t>
      </w:r>
      <w:r>
        <w:rPr>
          <w:b/>
        </w:rPr>
        <w:t>bell icon</w:t>
      </w:r>
      <w:r>
        <w:t xml:space="preserve"> in the top navigation bar shows a red badge with the count of unread notifications.</w:t>
      </w:r>
    </w:p>
    <w:p w14:paraId="3E971CDF" w14:textId="77777777" w:rsidR="00DA71CC" w:rsidRDefault="00000000">
      <w:r>
        <w:t>Click the bell to see your notification feed. Click any notification to jump to the related issue or inspection.</w:t>
      </w:r>
    </w:p>
    <w:p w14:paraId="463B7858" w14:textId="77777777" w:rsidR="00DA71CC" w:rsidRDefault="00000000">
      <w:pPr>
        <w:pStyle w:val="Heading3"/>
      </w:pPr>
      <w:bookmarkStart w:id="27" w:name="_Toc230684874"/>
      <w:r>
        <w:rPr>
          <w:color w:val="2F5297"/>
        </w:rPr>
        <w:t>Email Notifications</w:t>
      </w:r>
      <w:bookmarkEnd w:id="27"/>
    </w:p>
    <w:p w14:paraId="72849FEF" w14:textId="77777777" w:rsidR="00DA71CC" w:rsidRDefault="00000000">
      <w:r>
        <w:t>Depending on how your administrator has configured the notification settings, you may also receive emails for events such as:</w:t>
      </w:r>
    </w:p>
    <w:p w14:paraId="64F8771A" w14:textId="77777777" w:rsidR="00DA71CC" w:rsidRDefault="00000000">
      <w:pPr>
        <w:pStyle w:val="ListBullet"/>
      </w:pPr>
      <w:r>
        <w:t>An issue being assigned to you</w:t>
      </w:r>
    </w:p>
    <w:p w14:paraId="2AFE1436" w14:textId="77777777" w:rsidR="00DA71CC" w:rsidRDefault="00000000">
      <w:pPr>
        <w:pStyle w:val="ListBullet"/>
      </w:pPr>
      <w:r>
        <w:t>An issue you are following being updated</w:t>
      </w:r>
    </w:p>
    <w:p w14:paraId="705A2771" w14:textId="77777777" w:rsidR="00DA71CC" w:rsidRDefault="00000000">
      <w:pPr>
        <w:pStyle w:val="ListBullet"/>
      </w:pPr>
      <w:r>
        <w:t>An SLA deadline approaching or being breached</w:t>
      </w:r>
    </w:p>
    <w:p w14:paraId="4DA8135C" w14:textId="77777777" w:rsidR="00DA71CC" w:rsidRDefault="00000000">
      <w:pPr>
        <w:pStyle w:val="ListBullet"/>
      </w:pPr>
      <w:r>
        <w:t>A follow-up inspection being flagged for your completed inspection</w:t>
      </w:r>
    </w:p>
    <w:p w14:paraId="43FB8D42" w14:textId="77777777" w:rsidR="00DA71CC" w:rsidRDefault="00000000">
      <w:pPr>
        <w:pStyle w:val="Heading3"/>
      </w:pPr>
      <w:bookmarkStart w:id="28" w:name="_Toc230684875"/>
      <w:r>
        <w:rPr>
          <w:color w:val="2F5297"/>
        </w:rPr>
        <w:t>Notification Preferences</w:t>
      </w:r>
      <w:bookmarkEnd w:id="28"/>
    </w:p>
    <w:p w14:paraId="2466F8D7" w14:textId="77777777" w:rsidR="00DA71CC" w:rsidRDefault="00000000">
      <w:r>
        <w:t xml:space="preserve">Click your username (top right) → </w:t>
      </w:r>
      <w:r>
        <w:rPr>
          <w:b/>
        </w:rPr>
        <w:t>Profile</w:t>
      </w:r>
      <w:r>
        <w:t xml:space="preserve"> → </w:t>
      </w:r>
      <w:r>
        <w:rPr>
          <w:b/>
        </w:rPr>
        <w:t>Notification Preferences</w:t>
      </w:r>
      <w:r>
        <w:t xml:space="preserve"> to control which events you receive emails for, and whether to receive them immediately or as a daily digest.</w:t>
      </w:r>
    </w:p>
    <w:p w14:paraId="1D651E1C" w14:textId="77777777" w:rsidR="00DA71CC" w:rsidRDefault="00DA71CC">
      <w:pPr>
        <w:pBdr>
          <w:bottom w:val="single" w:sz="6" w:space="1" w:color="AAAAAA"/>
        </w:pBdr>
      </w:pPr>
    </w:p>
    <w:p w14:paraId="4B40CF05" w14:textId="77777777" w:rsidR="00DA71CC" w:rsidRDefault="00000000">
      <w:pPr>
        <w:pStyle w:val="Heading2"/>
      </w:pPr>
      <w:bookmarkStart w:id="29" w:name="_Toc230684876"/>
      <w:r>
        <w:rPr>
          <w:color w:val="2E74B5"/>
        </w:rPr>
        <w:t>8. Your Profile</w:t>
      </w:r>
      <w:bookmarkEnd w:id="29"/>
    </w:p>
    <w:p w14:paraId="1052CB29" w14:textId="77777777" w:rsidR="00DA71CC" w:rsidRDefault="00000000">
      <w:r>
        <w:t xml:space="preserve">Click your username in the top navigation bar → </w:t>
      </w:r>
      <w:r>
        <w:rPr>
          <w:b/>
        </w:rPr>
        <w:t>Profile</w:t>
      </w:r>
      <w:r>
        <w:t>.</w:t>
      </w:r>
    </w:p>
    <w:p w14:paraId="53489D4A" w14:textId="77777777" w:rsidR="00DA71CC" w:rsidRDefault="00000000">
      <w:r>
        <w:t>Here you can:</w:t>
      </w:r>
    </w:p>
    <w:p w14:paraId="23C6FEF8" w14:textId="77777777" w:rsidR="00DA71CC" w:rsidRDefault="00000000">
      <w:pPr>
        <w:pStyle w:val="ListBullet"/>
      </w:pPr>
      <w:r>
        <w:t xml:space="preserve">Update your </w:t>
      </w:r>
      <w:r>
        <w:rPr>
          <w:b/>
        </w:rPr>
        <w:t>full name</w:t>
      </w:r>
      <w:r>
        <w:t xml:space="preserve"> (displayed throughout the app)</w:t>
      </w:r>
    </w:p>
    <w:p w14:paraId="243036D4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email address</w:t>
      </w:r>
    </w:p>
    <w:p w14:paraId="68B42879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password</w:t>
      </w:r>
    </w:p>
    <w:p w14:paraId="62819268" w14:textId="77777777" w:rsidR="00DA71CC" w:rsidRDefault="00000000">
      <w:r>
        <w:lastRenderedPageBreak/>
        <w:t xml:space="preserve">Click </w:t>
      </w:r>
      <w:r>
        <w:rPr>
          <w:b/>
        </w:rPr>
        <w:t>Save Changes</w:t>
      </w:r>
      <w:r>
        <w:t xml:space="preserve"> when done.</w:t>
      </w:r>
    </w:p>
    <w:p w14:paraId="1FDA8191" w14:textId="77777777" w:rsidR="00DA71CC" w:rsidRDefault="00DA71CC">
      <w:pPr>
        <w:pBdr>
          <w:bottom w:val="single" w:sz="6" w:space="1" w:color="AAAAAA"/>
        </w:pBdr>
      </w:pPr>
    </w:p>
    <w:p w14:paraId="1CA94CBA" w14:textId="77777777" w:rsidR="00DA71CC" w:rsidRDefault="00000000">
      <w:pPr>
        <w:pStyle w:val="Heading2"/>
      </w:pPr>
      <w:bookmarkStart w:id="30" w:name="_Toc230684877"/>
      <w:r>
        <w:rPr>
          <w:color w:val="2E74B5"/>
        </w:rPr>
        <w:t>9. Troubleshooting</w:t>
      </w:r>
      <w:bookmarkEnd w:id="30"/>
    </w:p>
    <w:p w14:paraId="25F14620" w14:textId="77777777" w:rsidR="00DA71CC" w:rsidRDefault="00000000">
      <w:pPr>
        <w:pStyle w:val="Heading3"/>
      </w:pPr>
      <w:bookmarkStart w:id="31" w:name="_Toc230684878"/>
      <w:r>
        <w:rPr>
          <w:color w:val="2F5297"/>
        </w:rPr>
        <w:t>I log in but see no facilities or inspections</w:t>
      </w:r>
      <w:bookmarkEnd w:id="31"/>
    </w:p>
    <w:p w14:paraId="341C0933" w14:textId="77777777" w:rsidR="00DA71CC" w:rsidRDefault="00000000">
      <w:r>
        <w:t xml:space="preserve">Your account has not been assigned to any contracts yet. Contact your administrator and ask them to assign you to the relevant contracts at </w:t>
      </w:r>
      <w:r>
        <w:rPr>
          <w:b/>
        </w:rPr>
        <w:t>User Management → [your name] → Assign Contracts</w:t>
      </w:r>
      <w:r>
        <w:t>.</w:t>
      </w:r>
    </w:p>
    <w:p w14:paraId="3299BF9F" w14:textId="77777777" w:rsidR="00DA71CC" w:rsidRDefault="00000000">
      <w:pPr>
        <w:pStyle w:val="Heading3"/>
      </w:pPr>
      <w:bookmarkStart w:id="32" w:name="_Toc230684879"/>
      <w:r>
        <w:rPr>
          <w:color w:val="2F5297"/>
        </w:rPr>
        <w:t>My photo did not upload</w:t>
      </w:r>
      <w:bookmarkEnd w:id="32"/>
    </w:p>
    <w:p w14:paraId="4F590549" w14:textId="77777777" w:rsidR="00DA71CC" w:rsidRDefault="00000000">
      <w:r>
        <w:t>Photos are uploaded the moment you select a file. If the upload fails, a red error message appears below the upload zone. Common causes:</w:t>
      </w:r>
    </w:p>
    <w:p w14:paraId="252CA926" w14:textId="77777777" w:rsidR="00DA71CC" w:rsidRDefault="00000000">
      <w:pPr>
        <w:pStyle w:val="ListBullet"/>
      </w:pPr>
      <w:r>
        <w:t>The file is not a JPG, PNG, or GIF image</w:t>
      </w:r>
    </w:p>
    <w:p w14:paraId="3D61D24C" w14:textId="77777777" w:rsidR="00DA71CC" w:rsidRDefault="00000000">
      <w:pPr>
        <w:pStyle w:val="ListBullet"/>
      </w:pPr>
      <w:r>
        <w:t>Your internet connection dropped temporarily</w:t>
      </w:r>
    </w:p>
    <w:p w14:paraId="6CCD8FFD" w14:textId="77777777" w:rsidR="00DA71CC" w:rsidRDefault="00000000">
      <w:r>
        <w:t>Try selecting the photo again. If it keeps failing, check your connection and ensure the file is a valid image.</w:t>
      </w:r>
    </w:p>
    <w:p w14:paraId="2519C9B5" w14:textId="77777777" w:rsidR="00DA71CC" w:rsidRDefault="00000000">
      <w:pPr>
        <w:pStyle w:val="Heading3"/>
      </w:pPr>
      <w:bookmarkStart w:id="33" w:name="_Toc230684880"/>
      <w:r>
        <w:rPr>
          <w:color w:val="2F5297"/>
        </w:rPr>
        <w:t>I accidentally submitted a draft without finishing</w:t>
      </w:r>
      <w:bookmarkEnd w:id="33"/>
    </w:p>
    <w:p w14:paraId="695BF4B3" w14:textId="77777777" w:rsidR="00DA71CC" w:rsidRDefault="00000000">
      <w:r>
        <w:t>Contact your director or administrator. They can view the in-progress inspection and, if needed, delete it so you can start fresh.</w:t>
      </w:r>
    </w:p>
    <w:p w14:paraId="07C76FF7" w14:textId="77777777" w:rsidR="00DA71CC" w:rsidRDefault="00000000">
      <w:pPr>
        <w:pStyle w:val="Heading3"/>
      </w:pPr>
      <w:bookmarkStart w:id="34" w:name="_Toc230684881"/>
      <w:r>
        <w:rPr>
          <w:color w:val="2F5297"/>
        </w:rPr>
        <w:t>I can't see an issue I created</w:t>
      </w:r>
      <w:bookmarkEnd w:id="34"/>
    </w:p>
    <w:p w14:paraId="091F10A7" w14:textId="77777777" w:rsidR="00DA71CC" w:rsidRDefault="00000000">
      <w:r>
        <w:t xml:space="preserve">If the issue was created during an inspection at a facility </w:t>
      </w:r>
      <w:r>
        <w:rPr>
          <w:b/>
        </w:rPr>
        <w:t>not in your assigned contracts</w:t>
      </w:r>
      <w:r>
        <w:t>, you will not see it in your issues list. Contact your administrator.</w:t>
      </w:r>
    </w:p>
    <w:p w14:paraId="07CE99CF" w14:textId="77777777" w:rsidR="00DA71CC" w:rsidRDefault="00000000">
      <w:pPr>
        <w:pStyle w:val="Heading3"/>
      </w:pPr>
      <w:bookmarkStart w:id="35" w:name="_Toc230684882"/>
      <w:r>
        <w:rPr>
          <w:color w:val="2F5297"/>
        </w:rPr>
        <w:t>The auto-save status shows "Failed"</w:t>
      </w:r>
      <w:bookmarkEnd w:id="35"/>
    </w:p>
    <w:p w14:paraId="1BEF4416" w14:textId="77777777" w:rsidR="00DA71CC" w:rsidRDefault="00000000">
      <w:r>
        <w:t xml:space="preserve">This means the draft could not be saved to the server. Check your internet connection. Your current form data is still in the browser — do </w:t>
      </w:r>
      <w:r>
        <w:rPr>
          <w:b/>
        </w:rPr>
        <w:t>not</w:t>
      </w:r>
      <w:r>
        <w:t xml:space="preserve"> close the tab. Reconnect and try </w:t>
      </w:r>
      <w:r>
        <w:rPr>
          <w:b/>
        </w:rPr>
        <w:t>Save Draft</w:t>
      </w:r>
      <w:r>
        <w:t xml:space="preserve"> manually.</w:t>
      </w:r>
    </w:p>
    <w:p w14:paraId="4513C813" w14:textId="77777777" w:rsidR="00DA71CC" w:rsidRDefault="00DA71CC">
      <w:pPr>
        <w:pBdr>
          <w:bottom w:val="single" w:sz="6" w:space="1" w:color="AAAAAA"/>
        </w:pBdr>
      </w:pPr>
    </w:p>
    <w:p w14:paraId="56ECB21E" w14:textId="538252A0" w:rsidR="00602754" w:rsidRDefault="00000000">
      <w:r>
        <w:rPr>
          <w:i/>
          <w:color w:val="606060"/>
        </w:rPr>
        <w:t xml:space="preserve">For technical support, </w:t>
      </w:r>
      <w:r w:rsidR="00602754">
        <w:rPr>
          <w:i/>
          <w:color w:val="606060"/>
        </w:rPr>
        <w:t>please contact IT at extension 106, or email: da.nguyen8744@gmail.com</w:t>
      </w:r>
    </w:p>
    <w:sectPr w:rsidR="006027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495065">
    <w:abstractNumId w:val="8"/>
  </w:num>
  <w:num w:numId="2" w16cid:durableId="40446473">
    <w:abstractNumId w:val="6"/>
  </w:num>
  <w:num w:numId="3" w16cid:durableId="1175653735">
    <w:abstractNumId w:val="5"/>
  </w:num>
  <w:num w:numId="4" w16cid:durableId="663896360">
    <w:abstractNumId w:val="4"/>
  </w:num>
  <w:num w:numId="5" w16cid:durableId="643579702">
    <w:abstractNumId w:val="7"/>
  </w:num>
  <w:num w:numId="6" w16cid:durableId="982277045">
    <w:abstractNumId w:val="3"/>
  </w:num>
  <w:num w:numId="7" w16cid:durableId="1480347001">
    <w:abstractNumId w:val="2"/>
  </w:num>
  <w:num w:numId="8" w16cid:durableId="961576765">
    <w:abstractNumId w:val="1"/>
  </w:num>
  <w:num w:numId="9" w16cid:durableId="175658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8C0"/>
    <w:rsid w:val="0015074B"/>
    <w:rsid w:val="0029639D"/>
    <w:rsid w:val="00326F90"/>
    <w:rsid w:val="00391D80"/>
    <w:rsid w:val="005819D5"/>
    <w:rsid w:val="00602754"/>
    <w:rsid w:val="00A73158"/>
    <w:rsid w:val="00AA1D8D"/>
    <w:rsid w:val="00B1216F"/>
    <w:rsid w:val="00B47730"/>
    <w:rsid w:val="00CB0664"/>
    <w:rsid w:val="00DA71CC"/>
    <w:rsid w:val="00EF0F50"/>
    <w:rsid w:val="00EF51E7"/>
    <w:rsid w:val="00FB7224"/>
    <w:rsid w:val="00FC0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F1A60"/>
  <w14:defaultImageDpi w14:val="300"/>
  <w15:docId w15:val="{9AEFF698-A8F5-477E-84B3-CC1AE46D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722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722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B722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B72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qc.ltservicesin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GOV Services Inc</cp:lastModifiedBy>
  <cp:revision>6</cp:revision>
  <dcterms:created xsi:type="dcterms:W3CDTF">2013-12-23T23:15:00Z</dcterms:created>
  <dcterms:modified xsi:type="dcterms:W3CDTF">2026-05-26T16:45:00Z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33d3c795-2f5c-4861-8598-9a62ce576b81</vt:lpwstr>
  </property>
</Properties>
</file>